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4550" w14:textId="77777777" w:rsidR="00A916D3" w:rsidRPr="00397FA7" w:rsidRDefault="00000000">
      <w:pPr>
        <w:jc w:val="center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  <w:sz w:val="36"/>
        </w:rPr>
        <w:t>Preguntas y respuestas – Cuenta Pública Participativa Gestión 2025</w:t>
      </w:r>
    </w:p>
    <w:p w14:paraId="641BF2D7" w14:textId="4503311F" w:rsidR="00A916D3" w:rsidRPr="00397FA7" w:rsidRDefault="00000000">
      <w:pPr>
        <w:jc w:val="center"/>
        <w:rPr>
          <w:rFonts w:ascii="Open Sans" w:hAnsi="Open Sans" w:cs="Open Sans"/>
          <w:iCs/>
        </w:rPr>
      </w:pPr>
      <w:r w:rsidRPr="00397FA7">
        <w:rPr>
          <w:rFonts w:ascii="Open Sans" w:hAnsi="Open Sans" w:cs="Open Sans"/>
          <w:iCs/>
        </w:rPr>
        <w:t>Servicio de Salud Viña del Mar</w:t>
      </w:r>
      <w:r w:rsidR="00397FA7" w:rsidRPr="00397FA7">
        <w:rPr>
          <w:rFonts w:ascii="Open Sans" w:hAnsi="Open Sans" w:cs="Open Sans"/>
          <w:iCs/>
        </w:rPr>
        <w:t xml:space="preserve"> </w:t>
      </w:r>
      <w:proofErr w:type="spellStart"/>
      <w:r w:rsidRPr="00397FA7">
        <w:rPr>
          <w:rFonts w:ascii="Open Sans" w:hAnsi="Open Sans" w:cs="Open Sans"/>
          <w:iCs/>
        </w:rPr>
        <w:t>Quillot</w:t>
      </w:r>
      <w:r w:rsidR="00397FA7" w:rsidRPr="00397FA7">
        <w:rPr>
          <w:rFonts w:ascii="Open Sans" w:hAnsi="Open Sans" w:cs="Open Sans"/>
          <w:iCs/>
        </w:rPr>
        <w:t>a</w:t>
      </w:r>
      <w:proofErr w:type="spellEnd"/>
      <w:r w:rsidR="00397FA7" w:rsidRPr="00397FA7">
        <w:rPr>
          <w:rFonts w:ascii="Open Sans" w:hAnsi="Open Sans" w:cs="Open Sans"/>
          <w:iCs/>
        </w:rPr>
        <w:t xml:space="preserve"> </w:t>
      </w:r>
      <w:proofErr w:type="spellStart"/>
      <w:r w:rsidRPr="00397FA7">
        <w:rPr>
          <w:rFonts w:ascii="Open Sans" w:hAnsi="Open Sans" w:cs="Open Sans"/>
          <w:iCs/>
        </w:rPr>
        <w:t>Petorca</w:t>
      </w:r>
      <w:proofErr w:type="spellEnd"/>
    </w:p>
    <w:p w14:paraId="1AC9EB43" w14:textId="2C7D21E9" w:rsidR="00A916D3" w:rsidRPr="00397FA7" w:rsidRDefault="00000000" w:rsidP="00397FA7">
      <w:pPr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4F531F10" w14:textId="40FBC9EB" w:rsidR="00A916D3" w:rsidRPr="00397FA7" w:rsidRDefault="00000000">
      <w:pPr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1</w:t>
      </w:r>
    </w:p>
    <w:p w14:paraId="42DB8BB8" w14:textId="5EF3FB25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="00000000" w:rsidRPr="00397FA7">
        <w:rPr>
          <w:rFonts w:ascii="Open Sans" w:hAnsi="Open Sans" w:cs="Open Sans"/>
          <w:b/>
        </w:rPr>
        <w:t xml:space="preserve">: </w:t>
      </w:r>
      <w:proofErr w:type="spellStart"/>
      <w:r w:rsidR="00000000" w:rsidRPr="00397FA7">
        <w:rPr>
          <w:rFonts w:ascii="Open Sans" w:hAnsi="Open Sans" w:cs="Open Sans"/>
        </w:rPr>
        <w:t>Presencial</w:t>
      </w:r>
      <w:proofErr w:type="spellEnd"/>
      <w:r>
        <w:rPr>
          <w:rFonts w:ascii="Open Sans" w:hAnsi="Open Sans" w:cs="Open Sans"/>
        </w:rPr>
        <w:t>.</w:t>
      </w:r>
    </w:p>
    <w:p w14:paraId="7B8BE2B0" w14:textId="0E7A0FF0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</w:rPr>
        <w:t>Pregunta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="00397FA7">
        <w:rPr>
          <w:rFonts w:ascii="Open Sans" w:hAnsi="Open Sans" w:cs="Open Sans"/>
          <w:b/>
        </w:rPr>
        <w:t>“</w:t>
      </w:r>
      <w:r w:rsidR="00397FA7">
        <w:rPr>
          <w:rFonts w:ascii="Open Sans" w:hAnsi="Open Sans" w:cs="Open Sans"/>
        </w:rPr>
        <w:t>N</w:t>
      </w:r>
      <w:r w:rsidRPr="00397FA7">
        <w:rPr>
          <w:rFonts w:ascii="Open Sans" w:hAnsi="Open Sans" w:cs="Open Sans"/>
        </w:rPr>
        <w:t xml:space="preserve">o </w:t>
      </w:r>
      <w:proofErr w:type="spellStart"/>
      <w:r w:rsidRPr="00397FA7">
        <w:rPr>
          <w:rFonts w:ascii="Open Sans" w:hAnsi="Open Sans" w:cs="Open Sans"/>
        </w:rPr>
        <w:t>aparece</w:t>
      </w:r>
      <w:proofErr w:type="spellEnd"/>
      <w:r w:rsidRPr="00397FA7">
        <w:rPr>
          <w:rFonts w:ascii="Open Sans" w:hAnsi="Open Sans" w:cs="Open Sans"/>
        </w:rPr>
        <w:t xml:space="preserve"> el CESFAM </w:t>
      </w:r>
      <w:r w:rsidR="00397FA7">
        <w:rPr>
          <w:rFonts w:ascii="Open Sans" w:hAnsi="Open Sans" w:cs="Open Sans"/>
        </w:rPr>
        <w:t>de</w:t>
      </w:r>
      <w:r w:rsidRPr="00397FA7">
        <w:rPr>
          <w:rFonts w:ascii="Open Sans" w:hAnsi="Open Sans" w:cs="Open Sans"/>
        </w:rPr>
        <w:t xml:space="preserve"> Pompeya d</w:t>
      </w:r>
      <w:r w:rsidR="00397FA7">
        <w:rPr>
          <w:rFonts w:ascii="Open Sans" w:hAnsi="Open Sans" w:cs="Open Sans"/>
        </w:rPr>
        <w:t>e</w:t>
      </w:r>
      <w:r w:rsidRPr="00397FA7">
        <w:rPr>
          <w:rFonts w:ascii="Open Sans" w:hAnsi="Open Sans" w:cs="Open Sans"/>
        </w:rPr>
        <w:t xml:space="preserve"> Quilpué, proyecto de más de 10 </w:t>
      </w:r>
      <w:proofErr w:type="spellStart"/>
      <w:r w:rsidRPr="00397FA7">
        <w:rPr>
          <w:rFonts w:ascii="Open Sans" w:hAnsi="Open Sans" w:cs="Open Sans"/>
        </w:rPr>
        <w:t>años</w:t>
      </w:r>
      <w:proofErr w:type="spellEnd"/>
      <w:r w:rsidRPr="00397FA7">
        <w:rPr>
          <w:rFonts w:ascii="Open Sans" w:hAnsi="Open Sans" w:cs="Open Sans"/>
        </w:rPr>
        <w:t xml:space="preserve">, </w:t>
      </w:r>
      <w:proofErr w:type="spellStart"/>
      <w:r w:rsidR="00397FA7">
        <w:rPr>
          <w:rFonts w:ascii="Open Sans" w:hAnsi="Open Sans" w:cs="Open Sans"/>
        </w:rPr>
        <w:t>que</w:t>
      </w:r>
      <w:proofErr w:type="spellEnd"/>
      <w:r w:rsid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tiene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terreno</w:t>
      </w:r>
      <w:proofErr w:type="spellEnd"/>
      <w:r w:rsidRPr="00397FA7">
        <w:rPr>
          <w:rFonts w:ascii="Open Sans" w:hAnsi="Open Sans" w:cs="Open Sans"/>
        </w:rPr>
        <w:t xml:space="preserve"> y </w:t>
      </w:r>
      <w:proofErr w:type="spellStart"/>
      <w:r w:rsidRPr="00397FA7">
        <w:rPr>
          <w:rFonts w:ascii="Open Sans" w:hAnsi="Open Sans" w:cs="Open Sans"/>
        </w:rPr>
        <w:t>está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en</w:t>
      </w:r>
      <w:proofErr w:type="spellEnd"/>
      <w:r w:rsidRPr="00397FA7">
        <w:rPr>
          <w:rFonts w:ascii="Open Sans" w:hAnsi="Open Sans" w:cs="Open Sans"/>
        </w:rPr>
        <w:t xml:space="preserve"> el ideario de la gente. ¿Por qué no fue </w:t>
      </w:r>
      <w:proofErr w:type="spellStart"/>
      <w:r w:rsidRPr="00397FA7">
        <w:rPr>
          <w:rFonts w:ascii="Open Sans" w:hAnsi="Open Sans" w:cs="Open Sans"/>
        </w:rPr>
        <w:t>nombrado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en</w:t>
      </w:r>
      <w:proofErr w:type="spellEnd"/>
      <w:r w:rsidRPr="00397FA7">
        <w:rPr>
          <w:rFonts w:ascii="Open Sans" w:hAnsi="Open Sans" w:cs="Open Sans"/>
        </w:rPr>
        <w:t xml:space="preserve"> la </w:t>
      </w:r>
      <w:r w:rsidR="00397FA7">
        <w:rPr>
          <w:rFonts w:ascii="Open Sans" w:hAnsi="Open Sans" w:cs="Open Sans"/>
        </w:rPr>
        <w:t>C</w:t>
      </w:r>
      <w:r w:rsidRPr="00397FA7">
        <w:rPr>
          <w:rFonts w:ascii="Open Sans" w:hAnsi="Open Sans" w:cs="Open Sans"/>
        </w:rPr>
        <w:t>uenta?</w:t>
      </w:r>
      <w:r w:rsidR="00397FA7">
        <w:rPr>
          <w:rFonts w:ascii="Open Sans" w:hAnsi="Open Sans" w:cs="Open Sans"/>
        </w:rPr>
        <w:t>”</w:t>
      </w:r>
    </w:p>
    <w:p w14:paraId="408479C4" w14:textId="380147EB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Respuesta institucional: </w:t>
      </w:r>
      <w:r w:rsidRPr="00397FA7">
        <w:rPr>
          <w:rFonts w:ascii="Open Sans" w:hAnsi="Open Sans" w:cs="Open Sans"/>
        </w:rPr>
        <w:t xml:space="preserve">El proyecto se encuentra en ejecución en su fase de diseño bajo gestión municipal.  Tiene un 10% de avance y se espera a fin de año concretar </w:t>
      </w:r>
      <w:proofErr w:type="spellStart"/>
      <w:r w:rsidR="00462C6C">
        <w:rPr>
          <w:rFonts w:ascii="Open Sans" w:hAnsi="Open Sans" w:cs="Open Sans"/>
        </w:rPr>
        <w:t>s</w:t>
      </w:r>
      <w:r w:rsidRPr="00397FA7">
        <w:rPr>
          <w:rFonts w:ascii="Open Sans" w:hAnsi="Open Sans" w:cs="Open Sans"/>
        </w:rPr>
        <w:t>u</w:t>
      </w:r>
      <w:proofErr w:type="spellEnd"/>
      <w:r w:rsidRPr="00397FA7">
        <w:rPr>
          <w:rFonts w:ascii="Open Sans" w:hAnsi="Open Sans" w:cs="Open Sans"/>
        </w:rPr>
        <w:t xml:space="preserve"> término para aprobarlo, y luego </w:t>
      </w:r>
      <w:proofErr w:type="spellStart"/>
      <w:r w:rsidRPr="00397FA7">
        <w:rPr>
          <w:rFonts w:ascii="Open Sans" w:hAnsi="Open Sans" w:cs="Open Sans"/>
        </w:rPr>
        <w:t>ver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que</w:t>
      </w:r>
      <w:proofErr w:type="spellEnd"/>
      <w:r w:rsidRPr="00397FA7">
        <w:rPr>
          <w:rFonts w:ascii="Open Sans" w:hAnsi="Open Sans" w:cs="Open Sans"/>
        </w:rPr>
        <w:t xml:space="preserve"> </w:t>
      </w:r>
      <w:r w:rsidR="00462C6C">
        <w:rPr>
          <w:rFonts w:ascii="Open Sans" w:hAnsi="Open Sans" w:cs="Open Sans"/>
        </w:rPr>
        <w:t xml:space="preserve">el </w:t>
      </w:r>
      <w:r w:rsidRPr="00397FA7">
        <w:rPr>
          <w:rFonts w:ascii="Open Sans" w:hAnsi="Open Sans" w:cs="Open Sans"/>
        </w:rPr>
        <w:t xml:space="preserve">municipio </w:t>
      </w:r>
      <w:proofErr w:type="spellStart"/>
      <w:r w:rsidRPr="00397FA7">
        <w:rPr>
          <w:rFonts w:ascii="Open Sans" w:hAnsi="Open Sans" w:cs="Open Sans"/>
        </w:rPr>
        <w:t>postule</w:t>
      </w:r>
      <w:proofErr w:type="spellEnd"/>
      <w:r w:rsidRPr="00397FA7">
        <w:rPr>
          <w:rFonts w:ascii="Open Sans" w:hAnsi="Open Sans" w:cs="Open Sans"/>
        </w:rPr>
        <w:t xml:space="preserve"> a</w:t>
      </w:r>
      <w:r w:rsidR="00462C6C">
        <w:rPr>
          <w:rFonts w:ascii="Open Sans" w:hAnsi="Open Sans" w:cs="Open Sans"/>
        </w:rPr>
        <w:t xml:space="preserve"> la</w:t>
      </w:r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etapa</w:t>
      </w:r>
      <w:proofErr w:type="spellEnd"/>
      <w:r w:rsidRPr="00397FA7">
        <w:rPr>
          <w:rFonts w:ascii="Open Sans" w:hAnsi="Open Sans" w:cs="Open Sans"/>
        </w:rPr>
        <w:t xml:space="preserve"> de </w:t>
      </w:r>
      <w:proofErr w:type="spellStart"/>
      <w:r w:rsidRPr="00397FA7">
        <w:rPr>
          <w:rFonts w:ascii="Open Sans" w:hAnsi="Open Sans" w:cs="Open Sans"/>
        </w:rPr>
        <w:t>ejecución</w:t>
      </w:r>
      <w:proofErr w:type="spellEnd"/>
      <w:r w:rsidR="00462C6C">
        <w:rPr>
          <w:rFonts w:ascii="Open Sans" w:hAnsi="Open Sans" w:cs="Open Sans"/>
        </w:rPr>
        <w:t>.</w:t>
      </w:r>
      <w:r w:rsidRPr="00397FA7">
        <w:rPr>
          <w:rFonts w:ascii="Open Sans" w:hAnsi="Open Sans" w:cs="Open Sans"/>
        </w:rPr>
        <w:t xml:space="preserve"> </w:t>
      </w:r>
    </w:p>
    <w:p w14:paraId="3540298C" w14:textId="6D6C9465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18"/>
        </w:rPr>
        <w:t>Observación</w:t>
      </w:r>
      <w:proofErr w:type="spellEnd"/>
      <w:r w:rsidRPr="00397FA7">
        <w:rPr>
          <w:rFonts w:ascii="Open Sans" w:hAnsi="Open Sans" w:cs="Open Sans"/>
          <w:b/>
          <w:sz w:val="18"/>
        </w:rPr>
        <w:t xml:space="preserve"> interna: </w:t>
      </w:r>
      <w:proofErr w:type="spellStart"/>
      <w:r w:rsidR="00462C6C">
        <w:rPr>
          <w:rFonts w:ascii="Open Sans" w:hAnsi="Open Sans" w:cs="Open Sans"/>
          <w:sz w:val="18"/>
        </w:rPr>
        <w:t>A</w:t>
      </w:r>
      <w:r w:rsidRPr="00397FA7">
        <w:rPr>
          <w:rFonts w:ascii="Open Sans" w:hAnsi="Open Sans" w:cs="Open Sans"/>
          <w:sz w:val="18"/>
        </w:rPr>
        <w:t>parece</w:t>
      </w:r>
      <w:proofErr w:type="spellEnd"/>
      <w:r w:rsidRPr="00397FA7">
        <w:rPr>
          <w:rFonts w:ascii="Open Sans" w:hAnsi="Open Sans" w:cs="Open Sans"/>
          <w:sz w:val="18"/>
        </w:rPr>
        <w:t xml:space="preserve"> </w:t>
      </w:r>
      <w:proofErr w:type="spellStart"/>
      <w:r w:rsidRPr="00397FA7">
        <w:rPr>
          <w:rFonts w:ascii="Open Sans" w:hAnsi="Open Sans" w:cs="Open Sans"/>
          <w:sz w:val="18"/>
        </w:rPr>
        <w:t>mencionado</w:t>
      </w:r>
      <w:proofErr w:type="spellEnd"/>
      <w:r w:rsidRPr="00397FA7">
        <w:rPr>
          <w:rFonts w:ascii="Open Sans" w:hAnsi="Open Sans" w:cs="Open Sans"/>
          <w:sz w:val="18"/>
        </w:rPr>
        <w:t xml:space="preserve"> </w:t>
      </w:r>
      <w:proofErr w:type="spellStart"/>
      <w:r w:rsidRPr="00397FA7">
        <w:rPr>
          <w:rFonts w:ascii="Open Sans" w:hAnsi="Open Sans" w:cs="Open Sans"/>
          <w:sz w:val="18"/>
        </w:rPr>
        <w:t>en</w:t>
      </w:r>
      <w:proofErr w:type="spellEnd"/>
      <w:r w:rsidRPr="00397FA7">
        <w:rPr>
          <w:rFonts w:ascii="Open Sans" w:hAnsi="Open Sans" w:cs="Open Sans"/>
          <w:sz w:val="18"/>
        </w:rPr>
        <w:t xml:space="preserve"> el </w:t>
      </w:r>
      <w:proofErr w:type="spellStart"/>
      <w:r w:rsidRPr="00397FA7">
        <w:rPr>
          <w:rFonts w:ascii="Open Sans" w:hAnsi="Open Sans" w:cs="Open Sans"/>
          <w:sz w:val="18"/>
        </w:rPr>
        <w:t>informe</w:t>
      </w:r>
      <w:proofErr w:type="spellEnd"/>
      <w:r w:rsidR="00462C6C">
        <w:rPr>
          <w:rFonts w:ascii="Open Sans" w:hAnsi="Open Sans" w:cs="Open Sans"/>
          <w:sz w:val="18"/>
        </w:rPr>
        <w:t xml:space="preserve"> final</w:t>
      </w:r>
      <w:r w:rsidRPr="00397FA7">
        <w:rPr>
          <w:rFonts w:ascii="Open Sans" w:hAnsi="Open Sans" w:cs="Open Sans"/>
          <w:sz w:val="18"/>
        </w:rPr>
        <w:t>.</w:t>
      </w:r>
    </w:p>
    <w:p w14:paraId="7986B56D" w14:textId="06C617C6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3FEB0112" w14:textId="7D609036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2</w:t>
      </w:r>
    </w:p>
    <w:p w14:paraId="3594EDBA" w14:textId="63EA8487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Pr="00397FA7">
        <w:rPr>
          <w:rFonts w:ascii="Open Sans" w:hAnsi="Open Sans" w:cs="Open Sans"/>
          <w:b/>
        </w:rPr>
        <w:t>:</w:t>
      </w:r>
      <w:r w:rsidRPr="00397FA7">
        <w:rPr>
          <w:rFonts w:ascii="Open Sans" w:hAnsi="Open Sans" w:cs="Open Sans"/>
          <w:b/>
        </w:rPr>
        <w:t xml:space="preserve"> </w:t>
      </w:r>
      <w:proofErr w:type="spellStart"/>
      <w:r w:rsidR="00000000" w:rsidRPr="00397FA7">
        <w:rPr>
          <w:rFonts w:ascii="Open Sans" w:hAnsi="Open Sans" w:cs="Open Sans"/>
        </w:rPr>
        <w:t>Presencial</w:t>
      </w:r>
      <w:proofErr w:type="spellEnd"/>
      <w:r w:rsidR="00987622">
        <w:rPr>
          <w:rFonts w:ascii="Open Sans" w:hAnsi="Open Sans" w:cs="Open Sans"/>
        </w:rPr>
        <w:t>.</w:t>
      </w:r>
    </w:p>
    <w:p w14:paraId="2D70B869" w14:textId="7DCB1FD5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Pregunta: </w:t>
      </w:r>
      <w:r w:rsidR="00462C6C">
        <w:rPr>
          <w:rFonts w:ascii="Open Sans" w:hAnsi="Open Sans" w:cs="Open Sans"/>
          <w:bCs/>
        </w:rPr>
        <w:t>“</w:t>
      </w:r>
      <w:r w:rsidRPr="00397FA7">
        <w:rPr>
          <w:rFonts w:ascii="Open Sans" w:hAnsi="Open Sans" w:cs="Open Sans"/>
        </w:rPr>
        <w:t xml:space="preserve">¿No aparece CESFAM Nueva Aurora </w:t>
      </w:r>
      <w:proofErr w:type="spellStart"/>
      <w:r w:rsidRPr="00397FA7">
        <w:rPr>
          <w:rFonts w:ascii="Open Sans" w:hAnsi="Open Sans" w:cs="Open Sans"/>
        </w:rPr>
        <w:t>en</w:t>
      </w:r>
      <w:proofErr w:type="spellEnd"/>
      <w:r w:rsidRPr="00397FA7">
        <w:rPr>
          <w:rFonts w:ascii="Open Sans" w:hAnsi="Open Sans" w:cs="Open Sans"/>
        </w:rPr>
        <w:t xml:space="preserve"> la </w:t>
      </w:r>
      <w:r w:rsidR="00462C6C">
        <w:rPr>
          <w:rFonts w:ascii="Open Sans" w:hAnsi="Open Sans" w:cs="Open Sans"/>
        </w:rPr>
        <w:t>C</w:t>
      </w:r>
      <w:r w:rsidRPr="00397FA7">
        <w:rPr>
          <w:rFonts w:ascii="Open Sans" w:hAnsi="Open Sans" w:cs="Open Sans"/>
        </w:rPr>
        <w:t>uenta?</w:t>
      </w:r>
      <w:r w:rsidR="00462C6C">
        <w:rPr>
          <w:rFonts w:ascii="Open Sans" w:hAnsi="Open Sans" w:cs="Open Sans"/>
        </w:rPr>
        <w:t>”</w:t>
      </w:r>
    </w:p>
    <w:p w14:paraId="585F64B1" w14:textId="4CEB600B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Respuesta </w:t>
      </w:r>
      <w:proofErr w:type="spellStart"/>
      <w:r w:rsidRPr="00397FA7">
        <w:rPr>
          <w:rFonts w:ascii="Open Sans" w:hAnsi="Open Sans" w:cs="Open Sans"/>
          <w:b/>
        </w:rPr>
        <w:t>institucional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="00462C6C">
        <w:rPr>
          <w:rFonts w:ascii="Open Sans" w:hAnsi="Open Sans" w:cs="Open Sans"/>
        </w:rPr>
        <w:t>El CESFAM</w:t>
      </w:r>
      <w:r w:rsidRPr="00397FA7">
        <w:rPr>
          <w:rFonts w:ascii="Open Sans" w:hAnsi="Open Sans" w:cs="Open Sans"/>
        </w:rPr>
        <w:t xml:space="preserve"> y SAR </w:t>
      </w:r>
      <w:proofErr w:type="spellStart"/>
      <w:r w:rsidRPr="00397FA7">
        <w:rPr>
          <w:rFonts w:ascii="Open Sans" w:hAnsi="Open Sans" w:cs="Open Sans"/>
        </w:rPr>
        <w:t>definitivo</w:t>
      </w:r>
      <w:proofErr w:type="spellEnd"/>
      <w:r w:rsidRPr="00397FA7">
        <w:rPr>
          <w:rFonts w:ascii="Open Sans" w:hAnsi="Open Sans" w:cs="Open Sans"/>
        </w:rPr>
        <w:t xml:space="preserve"> se </w:t>
      </w:r>
      <w:proofErr w:type="spellStart"/>
      <w:r w:rsidRPr="00397FA7">
        <w:rPr>
          <w:rFonts w:ascii="Open Sans" w:hAnsi="Open Sans" w:cs="Open Sans"/>
        </w:rPr>
        <w:t>licitará</w:t>
      </w:r>
      <w:proofErr w:type="spellEnd"/>
      <w:r w:rsidRPr="00397FA7">
        <w:rPr>
          <w:rFonts w:ascii="Open Sans" w:hAnsi="Open Sans" w:cs="Open Sans"/>
        </w:rPr>
        <w:t xml:space="preserve"> en diciembre de 2026.  Cuenta con recursos Minsal asignados para la </w:t>
      </w:r>
      <w:proofErr w:type="spellStart"/>
      <w:r w:rsidRPr="00397FA7">
        <w:rPr>
          <w:rFonts w:ascii="Open Sans" w:hAnsi="Open Sans" w:cs="Open Sans"/>
        </w:rPr>
        <w:t>etapa</w:t>
      </w:r>
      <w:proofErr w:type="spellEnd"/>
      <w:r w:rsidRPr="00397FA7">
        <w:rPr>
          <w:rFonts w:ascii="Open Sans" w:hAnsi="Open Sans" w:cs="Open Sans"/>
        </w:rPr>
        <w:t xml:space="preserve"> de </w:t>
      </w:r>
      <w:proofErr w:type="spellStart"/>
      <w:r w:rsidRPr="00397FA7">
        <w:rPr>
          <w:rFonts w:ascii="Open Sans" w:hAnsi="Open Sans" w:cs="Open Sans"/>
        </w:rPr>
        <w:t>ejecución</w:t>
      </w:r>
      <w:proofErr w:type="spellEnd"/>
      <w:r w:rsidR="00987622">
        <w:rPr>
          <w:rFonts w:ascii="Open Sans" w:hAnsi="Open Sans" w:cs="Open Sans"/>
        </w:rPr>
        <w:t>.</w:t>
      </w:r>
      <w:r w:rsidRPr="00397FA7">
        <w:rPr>
          <w:rFonts w:ascii="Open Sans" w:hAnsi="Open Sans" w:cs="Open Sans"/>
        </w:rPr>
        <w:t xml:space="preserve"> </w:t>
      </w:r>
    </w:p>
    <w:p w14:paraId="5EA6BE41" w14:textId="2512409A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18"/>
        </w:rPr>
        <w:t>Observación</w:t>
      </w:r>
      <w:proofErr w:type="spellEnd"/>
      <w:r w:rsidRPr="00397FA7">
        <w:rPr>
          <w:rFonts w:ascii="Open Sans" w:hAnsi="Open Sans" w:cs="Open Sans"/>
          <w:b/>
          <w:sz w:val="18"/>
        </w:rPr>
        <w:t xml:space="preserve"> interna: </w:t>
      </w:r>
      <w:proofErr w:type="spellStart"/>
      <w:r w:rsidR="00462C6C">
        <w:rPr>
          <w:rFonts w:ascii="Open Sans" w:hAnsi="Open Sans" w:cs="Open Sans"/>
          <w:sz w:val="18"/>
        </w:rPr>
        <w:t>A</w:t>
      </w:r>
      <w:r w:rsidR="00462C6C" w:rsidRPr="00397FA7">
        <w:rPr>
          <w:rFonts w:ascii="Open Sans" w:hAnsi="Open Sans" w:cs="Open Sans"/>
          <w:sz w:val="18"/>
        </w:rPr>
        <w:t>parece</w:t>
      </w:r>
      <w:proofErr w:type="spellEnd"/>
      <w:r w:rsidR="00462C6C" w:rsidRPr="00397FA7">
        <w:rPr>
          <w:rFonts w:ascii="Open Sans" w:hAnsi="Open Sans" w:cs="Open Sans"/>
          <w:sz w:val="18"/>
        </w:rPr>
        <w:t xml:space="preserve"> </w:t>
      </w:r>
      <w:proofErr w:type="spellStart"/>
      <w:r w:rsidR="00462C6C" w:rsidRPr="00397FA7">
        <w:rPr>
          <w:rFonts w:ascii="Open Sans" w:hAnsi="Open Sans" w:cs="Open Sans"/>
          <w:sz w:val="18"/>
        </w:rPr>
        <w:t>mencionado</w:t>
      </w:r>
      <w:proofErr w:type="spellEnd"/>
      <w:r w:rsidR="00462C6C" w:rsidRPr="00397FA7">
        <w:rPr>
          <w:rFonts w:ascii="Open Sans" w:hAnsi="Open Sans" w:cs="Open Sans"/>
          <w:sz w:val="18"/>
        </w:rPr>
        <w:t xml:space="preserve"> </w:t>
      </w:r>
      <w:proofErr w:type="spellStart"/>
      <w:r w:rsidR="00462C6C" w:rsidRPr="00397FA7">
        <w:rPr>
          <w:rFonts w:ascii="Open Sans" w:hAnsi="Open Sans" w:cs="Open Sans"/>
          <w:sz w:val="18"/>
        </w:rPr>
        <w:t>en</w:t>
      </w:r>
      <w:proofErr w:type="spellEnd"/>
      <w:r w:rsidR="00462C6C" w:rsidRPr="00397FA7">
        <w:rPr>
          <w:rFonts w:ascii="Open Sans" w:hAnsi="Open Sans" w:cs="Open Sans"/>
          <w:sz w:val="18"/>
        </w:rPr>
        <w:t xml:space="preserve"> el </w:t>
      </w:r>
      <w:proofErr w:type="spellStart"/>
      <w:r w:rsidR="00462C6C" w:rsidRPr="00397FA7">
        <w:rPr>
          <w:rFonts w:ascii="Open Sans" w:hAnsi="Open Sans" w:cs="Open Sans"/>
          <w:sz w:val="18"/>
        </w:rPr>
        <w:t>informe</w:t>
      </w:r>
      <w:proofErr w:type="spellEnd"/>
      <w:r w:rsidR="00462C6C">
        <w:rPr>
          <w:rFonts w:ascii="Open Sans" w:hAnsi="Open Sans" w:cs="Open Sans"/>
          <w:sz w:val="18"/>
        </w:rPr>
        <w:t xml:space="preserve"> final</w:t>
      </w:r>
      <w:r w:rsidR="00462C6C" w:rsidRPr="00397FA7">
        <w:rPr>
          <w:rFonts w:ascii="Open Sans" w:hAnsi="Open Sans" w:cs="Open Sans"/>
          <w:sz w:val="18"/>
        </w:rPr>
        <w:t>.</w:t>
      </w:r>
    </w:p>
    <w:p w14:paraId="3DDDA94B" w14:textId="0FBD5073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7BB46860" w14:textId="3AEE3CAA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3</w:t>
      </w:r>
    </w:p>
    <w:p w14:paraId="53152BAD" w14:textId="7CD07377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="00000000" w:rsidRPr="00397FA7">
        <w:rPr>
          <w:rFonts w:ascii="Open Sans" w:hAnsi="Open Sans" w:cs="Open Sans"/>
          <w:b/>
        </w:rPr>
        <w:t xml:space="preserve">: </w:t>
      </w:r>
      <w:proofErr w:type="spellStart"/>
      <w:r w:rsidR="00000000" w:rsidRPr="00397FA7">
        <w:rPr>
          <w:rFonts w:ascii="Open Sans" w:hAnsi="Open Sans" w:cs="Open Sans"/>
        </w:rPr>
        <w:t>Presencial</w:t>
      </w:r>
      <w:proofErr w:type="spellEnd"/>
      <w:r w:rsidR="00987622">
        <w:rPr>
          <w:rFonts w:ascii="Open Sans" w:hAnsi="Open Sans" w:cs="Open Sans"/>
        </w:rPr>
        <w:t>.</w:t>
      </w:r>
    </w:p>
    <w:p w14:paraId="6E396EFA" w14:textId="5E57A860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</w:rPr>
        <w:t>Pregunta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="00462C6C">
        <w:rPr>
          <w:rFonts w:ascii="Open Sans" w:hAnsi="Open Sans" w:cs="Open Sans"/>
          <w:bCs/>
        </w:rPr>
        <w:t>“</w:t>
      </w:r>
      <w:r w:rsidRPr="00397FA7">
        <w:rPr>
          <w:rFonts w:ascii="Open Sans" w:hAnsi="Open Sans" w:cs="Open Sans"/>
        </w:rPr>
        <w:t>¿</w:t>
      </w:r>
      <w:proofErr w:type="spellStart"/>
      <w:r w:rsidRPr="00397FA7">
        <w:rPr>
          <w:rFonts w:ascii="Open Sans" w:hAnsi="Open Sans" w:cs="Open Sans"/>
        </w:rPr>
        <w:t>Existe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disponibilidad</w:t>
      </w:r>
      <w:proofErr w:type="spellEnd"/>
      <w:r w:rsidRPr="00397FA7">
        <w:rPr>
          <w:rFonts w:ascii="Open Sans" w:hAnsi="Open Sans" w:cs="Open Sans"/>
        </w:rPr>
        <w:t xml:space="preserve"> de </w:t>
      </w:r>
      <w:proofErr w:type="spellStart"/>
      <w:r w:rsidRPr="00397FA7">
        <w:rPr>
          <w:rFonts w:ascii="Open Sans" w:hAnsi="Open Sans" w:cs="Open Sans"/>
        </w:rPr>
        <w:t>recursos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gramStart"/>
      <w:r w:rsidRPr="00397FA7">
        <w:rPr>
          <w:rFonts w:ascii="Open Sans" w:hAnsi="Open Sans" w:cs="Open Sans"/>
        </w:rPr>
        <w:t>para</w:t>
      </w:r>
      <w:r w:rsidR="00462C6C">
        <w:rPr>
          <w:rFonts w:ascii="Open Sans" w:hAnsi="Open Sans" w:cs="Open Sans"/>
        </w:rPr>
        <w:t xml:space="preserve"> Q</w:t>
      </w:r>
      <w:r w:rsidRPr="00397FA7">
        <w:rPr>
          <w:rFonts w:ascii="Open Sans" w:hAnsi="Open Sans" w:cs="Open Sans"/>
        </w:rPr>
        <w:t>uintero</w:t>
      </w:r>
      <w:proofErr w:type="gramEnd"/>
      <w:r w:rsidRPr="00397FA7">
        <w:rPr>
          <w:rFonts w:ascii="Open Sans" w:hAnsi="Open Sans" w:cs="Open Sans"/>
        </w:rPr>
        <w:t>?</w:t>
      </w:r>
      <w:r w:rsidR="00462C6C">
        <w:rPr>
          <w:rFonts w:ascii="Open Sans" w:hAnsi="Open Sans" w:cs="Open Sans"/>
        </w:rPr>
        <w:t>”</w:t>
      </w:r>
    </w:p>
    <w:p w14:paraId="2C635293" w14:textId="1CDC6802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lastRenderedPageBreak/>
        <w:t xml:space="preserve">Respuesta institucional: </w:t>
      </w:r>
      <w:r w:rsidRPr="00397FA7">
        <w:rPr>
          <w:rFonts w:ascii="Open Sans" w:hAnsi="Open Sans" w:cs="Open Sans"/>
        </w:rPr>
        <w:t xml:space="preserve">Actualmente estamos </w:t>
      </w:r>
      <w:proofErr w:type="spellStart"/>
      <w:r w:rsidRPr="00397FA7">
        <w:rPr>
          <w:rFonts w:ascii="Open Sans" w:hAnsi="Open Sans" w:cs="Open Sans"/>
        </w:rPr>
        <w:t>en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gestión</w:t>
      </w:r>
      <w:proofErr w:type="spellEnd"/>
      <w:r w:rsidRPr="00397FA7">
        <w:rPr>
          <w:rFonts w:ascii="Open Sans" w:hAnsi="Open Sans" w:cs="Open Sans"/>
        </w:rPr>
        <w:t xml:space="preserve"> ante </w:t>
      </w:r>
      <w:r w:rsidR="00987622">
        <w:rPr>
          <w:rFonts w:ascii="Open Sans" w:hAnsi="Open Sans" w:cs="Open Sans"/>
        </w:rPr>
        <w:t xml:space="preserve">el </w:t>
      </w:r>
      <w:proofErr w:type="spellStart"/>
      <w:r w:rsidRPr="00397FA7">
        <w:rPr>
          <w:rFonts w:ascii="Open Sans" w:hAnsi="Open Sans" w:cs="Open Sans"/>
        </w:rPr>
        <w:t>Min</w:t>
      </w:r>
      <w:r w:rsidR="00987622">
        <w:rPr>
          <w:rFonts w:ascii="Open Sans" w:hAnsi="Open Sans" w:cs="Open Sans"/>
        </w:rPr>
        <w:t>isterio</w:t>
      </w:r>
      <w:proofErr w:type="spellEnd"/>
      <w:r w:rsidR="00987622">
        <w:rPr>
          <w:rFonts w:ascii="Open Sans" w:hAnsi="Open Sans" w:cs="Open Sans"/>
        </w:rPr>
        <w:t xml:space="preserve"> de Salud (</w:t>
      </w:r>
      <w:proofErr w:type="spellStart"/>
      <w:r w:rsidR="00987622">
        <w:rPr>
          <w:rFonts w:ascii="Open Sans" w:hAnsi="Open Sans" w:cs="Open Sans"/>
        </w:rPr>
        <w:t>Minsal</w:t>
      </w:r>
      <w:proofErr w:type="spellEnd"/>
      <w:r w:rsidR="00987622">
        <w:rPr>
          <w:rFonts w:ascii="Open Sans" w:hAnsi="Open Sans" w:cs="Open Sans"/>
        </w:rPr>
        <w:t>)</w:t>
      </w:r>
      <w:r w:rsidRPr="00397FA7">
        <w:rPr>
          <w:rFonts w:ascii="Open Sans" w:hAnsi="Open Sans" w:cs="Open Sans"/>
        </w:rPr>
        <w:t xml:space="preserve"> para </w:t>
      </w:r>
      <w:proofErr w:type="spellStart"/>
      <w:r w:rsidRPr="00397FA7">
        <w:rPr>
          <w:rFonts w:ascii="Open Sans" w:hAnsi="Open Sans" w:cs="Open Sans"/>
        </w:rPr>
        <w:t>concretar</w:t>
      </w:r>
      <w:proofErr w:type="spellEnd"/>
      <w:r w:rsidRPr="00397FA7">
        <w:rPr>
          <w:rFonts w:ascii="Open Sans" w:hAnsi="Open Sans" w:cs="Open Sans"/>
        </w:rPr>
        <w:t xml:space="preserve"> </w:t>
      </w:r>
      <w:r w:rsidR="00987622">
        <w:rPr>
          <w:rFonts w:ascii="Open Sans" w:hAnsi="Open Sans" w:cs="Open Sans"/>
        </w:rPr>
        <w:t xml:space="preserve">la </w:t>
      </w:r>
      <w:proofErr w:type="spellStart"/>
      <w:r w:rsidRPr="00397FA7">
        <w:rPr>
          <w:rFonts w:ascii="Open Sans" w:hAnsi="Open Sans" w:cs="Open Sans"/>
        </w:rPr>
        <w:t>segun</w:t>
      </w:r>
      <w:r w:rsidR="00987622">
        <w:rPr>
          <w:rFonts w:ascii="Open Sans" w:hAnsi="Open Sans" w:cs="Open Sans"/>
        </w:rPr>
        <w:t>d</w:t>
      </w:r>
      <w:r w:rsidRPr="00397FA7">
        <w:rPr>
          <w:rFonts w:ascii="Open Sans" w:hAnsi="Open Sans" w:cs="Open Sans"/>
        </w:rPr>
        <w:t>a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etapa</w:t>
      </w:r>
      <w:proofErr w:type="spellEnd"/>
      <w:r w:rsidRPr="00397FA7">
        <w:rPr>
          <w:rFonts w:ascii="Open Sans" w:hAnsi="Open Sans" w:cs="Open Sans"/>
        </w:rPr>
        <w:t xml:space="preserve"> de</w:t>
      </w:r>
      <w:r w:rsidR="00987622">
        <w:rPr>
          <w:rFonts w:ascii="Open Sans" w:hAnsi="Open Sans" w:cs="Open Sans"/>
        </w:rPr>
        <w:t>l</w:t>
      </w:r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proyecto</w:t>
      </w:r>
      <w:proofErr w:type="spellEnd"/>
      <w:r w:rsidRPr="00397FA7">
        <w:rPr>
          <w:rFonts w:ascii="Open Sans" w:hAnsi="Open Sans" w:cs="Open Sans"/>
        </w:rPr>
        <w:t xml:space="preserve"> de mejoramiento de</w:t>
      </w:r>
      <w:r w:rsidR="00987622">
        <w:rPr>
          <w:rFonts w:ascii="Open Sans" w:hAnsi="Open Sans" w:cs="Open Sans"/>
        </w:rPr>
        <w:t>l</w:t>
      </w:r>
      <w:r w:rsidRPr="00397FA7">
        <w:rPr>
          <w:rFonts w:ascii="Open Sans" w:hAnsi="Open Sans" w:cs="Open Sans"/>
        </w:rPr>
        <w:t xml:space="preserve"> Hospital de Quintero.  Se espera conformidad técnica de</w:t>
      </w:r>
      <w:r w:rsidR="00987622">
        <w:rPr>
          <w:rFonts w:ascii="Open Sans" w:hAnsi="Open Sans" w:cs="Open Sans"/>
        </w:rPr>
        <w:t>l</w:t>
      </w:r>
      <w:r w:rsidRPr="00397FA7">
        <w:rPr>
          <w:rFonts w:ascii="Open Sans" w:hAnsi="Open Sans" w:cs="Open Sans"/>
        </w:rPr>
        <w:t xml:space="preserve"> Minsal para postular a </w:t>
      </w:r>
      <w:proofErr w:type="spellStart"/>
      <w:r w:rsidRPr="00397FA7">
        <w:rPr>
          <w:rFonts w:ascii="Open Sans" w:hAnsi="Open Sans" w:cs="Open Sans"/>
        </w:rPr>
        <w:t>proceso</w:t>
      </w:r>
      <w:proofErr w:type="spellEnd"/>
      <w:r w:rsidRPr="00397FA7">
        <w:rPr>
          <w:rFonts w:ascii="Open Sans" w:hAnsi="Open Sans" w:cs="Open Sans"/>
        </w:rPr>
        <w:t xml:space="preserve"> de </w:t>
      </w:r>
      <w:proofErr w:type="spellStart"/>
      <w:r w:rsidRPr="00397FA7">
        <w:rPr>
          <w:rFonts w:ascii="Open Sans" w:hAnsi="Open Sans" w:cs="Open Sans"/>
        </w:rPr>
        <w:t>reevaluación</w:t>
      </w:r>
      <w:proofErr w:type="spellEnd"/>
      <w:r w:rsidRPr="00397FA7">
        <w:rPr>
          <w:rFonts w:ascii="Open Sans" w:hAnsi="Open Sans" w:cs="Open Sans"/>
        </w:rPr>
        <w:t xml:space="preserve"> a</w:t>
      </w:r>
      <w:r w:rsidR="00987622">
        <w:rPr>
          <w:rFonts w:ascii="Open Sans" w:hAnsi="Open Sans" w:cs="Open Sans"/>
        </w:rPr>
        <w:t xml:space="preserve">nte el </w:t>
      </w:r>
      <w:proofErr w:type="spellStart"/>
      <w:r w:rsidR="00987622">
        <w:rPr>
          <w:rFonts w:ascii="Open Sans" w:hAnsi="Open Sans" w:cs="Open Sans"/>
        </w:rPr>
        <w:t>Ministerio</w:t>
      </w:r>
      <w:proofErr w:type="spellEnd"/>
      <w:r w:rsidR="00987622">
        <w:rPr>
          <w:rFonts w:ascii="Open Sans" w:hAnsi="Open Sans" w:cs="Open Sans"/>
        </w:rPr>
        <w:t xml:space="preserve"> de Desarrollo Social (</w:t>
      </w:r>
      <w:proofErr w:type="spellStart"/>
      <w:r w:rsidR="00987622">
        <w:rPr>
          <w:rFonts w:ascii="Open Sans" w:hAnsi="Open Sans" w:cs="Open Sans"/>
        </w:rPr>
        <w:t>Mideso</w:t>
      </w:r>
      <w:proofErr w:type="spellEnd"/>
      <w:r w:rsidR="00987622">
        <w:rPr>
          <w:rFonts w:ascii="Open Sans" w:hAnsi="Open Sans" w:cs="Open Sans"/>
        </w:rPr>
        <w:t>)</w:t>
      </w:r>
      <w:r w:rsidRPr="00397FA7">
        <w:rPr>
          <w:rFonts w:ascii="Open Sans" w:hAnsi="Open Sans" w:cs="Open Sans"/>
        </w:rPr>
        <w:t>.  Por otra parte, estamos en proceso de cierre de</w:t>
      </w:r>
      <w:r w:rsidR="00987622">
        <w:rPr>
          <w:rFonts w:ascii="Open Sans" w:hAnsi="Open Sans" w:cs="Open Sans"/>
        </w:rPr>
        <w:t>l</w:t>
      </w:r>
      <w:r w:rsidRPr="00397FA7">
        <w:rPr>
          <w:rFonts w:ascii="Open Sans" w:hAnsi="Open Sans" w:cs="Open Sans"/>
        </w:rPr>
        <w:t xml:space="preserve"> proyecto de </w:t>
      </w:r>
      <w:proofErr w:type="spellStart"/>
      <w:r w:rsidR="00987622">
        <w:rPr>
          <w:rFonts w:ascii="Open Sans" w:hAnsi="Open Sans" w:cs="Open Sans"/>
        </w:rPr>
        <w:t>n</w:t>
      </w:r>
      <w:r w:rsidRPr="00397FA7">
        <w:rPr>
          <w:rFonts w:ascii="Open Sans" w:hAnsi="Open Sans" w:cs="Open Sans"/>
        </w:rPr>
        <w:t>ormalización</w:t>
      </w:r>
      <w:proofErr w:type="spellEnd"/>
      <w:r w:rsidRPr="00397FA7">
        <w:rPr>
          <w:rFonts w:ascii="Open Sans" w:hAnsi="Open Sans" w:cs="Open Sans"/>
        </w:rPr>
        <w:t xml:space="preserve"> de</w:t>
      </w:r>
      <w:r w:rsidR="00987622">
        <w:rPr>
          <w:rFonts w:ascii="Open Sans" w:hAnsi="Open Sans" w:cs="Open Sans"/>
        </w:rPr>
        <w:t>l</w:t>
      </w:r>
      <w:r w:rsidRPr="00397FA7">
        <w:rPr>
          <w:rFonts w:ascii="Open Sans" w:hAnsi="Open Sans" w:cs="Open Sans"/>
        </w:rPr>
        <w:t xml:space="preserve"> Hospital Quintero (nuevo hospital)</w:t>
      </w:r>
      <w:r w:rsidR="00987622">
        <w:rPr>
          <w:rFonts w:ascii="Open Sans" w:hAnsi="Open Sans" w:cs="Open Sans"/>
        </w:rPr>
        <w:t>,</w:t>
      </w:r>
      <w:r w:rsidRPr="00397FA7">
        <w:rPr>
          <w:rFonts w:ascii="Open Sans" w:hAnsi="Open Sans" w:cs="Open Sans"/>
        </w:rPr>
        <w:t xml:space="preserve"> para </w:t>
      </w:r>
      <w:proofErr w:type="spellStart"/>
      <w:r w:rsidRPr="00397FA7">
        <w:rPr>
          <w:rFonts w:ascii="Open Sans" w:hAnsi="Open Sans" w:cs="Open Sans"/>
        </w:rPr>
        <w:t>poder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postular</w:t>
      </w:r>
      <w:proofErr w:type="spellEnd"/>
      <w:r w:rsidRPr="00397FA7">
        <w:rPr>
          <w:rFonts w:ascii="Open Sans" w:hAnsi="Open Sans" w:cs="Open Sans"/>
        </w:rPr>
        <w:t xml:space="preserve"> a </w:t>
      </w:r>
      <w:proofErr w:type="spellStart"/>
      <w:r w:rsidR="00987622">
        <w:rPr>
          <w:rFonts w:ascii="Open Sans" w:hAnsi="Open Sans" w:cs="Open Sans"/>
        </w:rPr>
        <w:t>su</w:t>
      </w:r>
      <w:proofErr w:type="spellEnd"/>
      <w:r w:rsidR="00987622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diseño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="00987622">
        <w:rPr>
          <w:rFonts w:ascii="Open Sans" w:hAnsi="Open Sans" w:cs="Open Sans"/>
        </w:rPr>
        <w:t>en</w:t>
      </w:r>
      <w:proofErr w:type="spellEnd"/>
      <w:r w:rsidR="00987622">
        <w:rPr>
          <w:rFonts w:ascii="Open Sans" w:hAnsi="Open Sans" w:cs="Open Sans"/>
        </w:rPr>
        <w:t xml:space="preserve"> </w:t>
      </w:r>
      <w:r w:rsidRPr="00397FA7">
        <w:rPr>
          <w:rFonts w:ascii="Open Sans" w:hAnsi="Open Sans" w:cs="Open Sans"/>
        </w:rPr>
        <w:t xml:space="preserve">2027.  El cierre del proyecto debiera concretarse </w:t>
      </w:r>
      <w:proofErr w:type="spellStart"/>
      <w:r w:rsidRPr="00397FA7">
        <w:rPr>
          <w:rFonts w:ascii="Open Sans" w:hAnsi="Open Sans" w:cs="Open Sans"/>
        </w:rPr>
        <w:t>en</w:t>
      </w:r>
      <w:proofErr w:type="spellEnd"/>
      <w:r w:rsidRPr="00397FA7">
        <w:rPr>
          <w:rFonts w:ascii="Open Sans" w:hAnsi="Open Sans" w:cs="Open Sans"/>
        </w:rPr>
        <w:t xml:space="preserve"> el </w:t>
      </w:r>
      <w:proofErr w:type="spellStart"/>
      <w:r w:rsidR="00987622">
        <w:rPr>
          <w:rFonts w:ascii="Open Sans" w:hAnsi="Open Sans" w:cs="Open Sans"/>
        </w:rPr>
        <w:t>ú</w:t>
      </w:r>
      <w:r w:rsidRPr="00397FA7">
        <w:rPr>
          <w:rFonts w:ascii="Open Sans" w:hAnsi="Open Sans" w:cs="Open Sans"/>
        </w:rPr>
        <w:t>ltimo</w:t>
      </w:r>
      <w:proofErr w:type="spellEnd"/>
      <w:r w:rsidRPr="00397FA7">
        <w:rPr>
          <w:rFonts w:ascii="Open Sans" w:hAnsi="Open Sans" w:cs="Open Sans"/>
        </w:rPr>
        <w:t xml:space="preserve"> </w:t>
      </w:r>
      <w:r w:rsidR="00987622">
        <w:rPr>
          <w:rFonts w:ascii="Open Sans" w:hAnsi="Open Sans" w:cs="Open Sans"/>
        </w:rPr>
        <w:t>trimester del</w:t>
      </w:r>
      <w:r w:rsidRPr="00397FA7">
        <w:rPr>
          <w:rFonts w:ascii="Open Sans" w:hAnsi="Open Sans" w:cs="Open Sans"/>
        </w:rPr>
        <w:t xml:space="preserve"> 2026</w:t>
      </w:r>
      <w:r w:rsidR="00987622">
        <w:rPr>
          <w:rFonts w:ascii="Open Sans" w:hAnsi="Open Sans" w:cs="Open Sans"/>
        </w:rPr>
        <w:t>.</w:t>
      </w:r>
    </w:p>
    <w:p w14:paraId="79639EA6" w14:textId="1F22DEE7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18"/>
        </w:rPr>
        <w:t>Observación</w:t>
      </w:r>
      <w:proofErr w:type="spellEnd"/>
      <w:r w:rsidRPr="00397FA7">
        <w:rPr>
          <w:rFonts w:ascii="Open Sans" w:hAnsi="Open Sans" w:cs="Open Sans"/>
          <w:b/>
          <w:sz w:val="18"/>
        </w:rPr>
        <w:t xml:space="preserve"> interna: </w:t>
      </w:r>
      <w:proofErr w:type="spellStart"/>
      <w:r w:rsidR="00462C6C">
        <w:rPr>
          <w:rFonts w:ascii="Open Sans" w:hAnsi="Open Sans" w:cs="Open Sans"/>
          <w:sz w:val="18"/>
        </w:rPr>
        <w:t>A</w:t>
      </w:r>
      <w:r w:rsidR="00462C6C" w:rsidRPr="00397FA7">
        <w:rPr>
          <w:rFonts w:ascii="Open Sans" w:hAnsi="Open Sans" w:cs="Open Sans"/>
          <w:sz w:val="18"/>
        </w:rPr>
        <w:t>parece</w:t>
      </w:r>
      <w:proofErr w:type="spellEnd"/>
      <w:r w:rsidR="00462C6C" w:rsidRPr="00397FA7">
        <w:rPr>
          <w:rFonts w:ascii="Open Sans" w:hAnsi="Open Sans" w:cs="Open Sans"/>
          <w:sz w:val="18"/>
        </w:rPr>
        <w:t xml:space="preserve"> </w:t>
      </w:r>
      <w:proofErr w:type="spellStart"/>
      <w:r w:rsidR="00462C6C" w:rsidRPr="00397FA7">
        <w:rPr>
          <w:rFonts w:ascii="Open Sans" w:hAnsi="Open Sans" w:cs="Open Sans"/>
          <w:sz w:val="18"/>
        </w:rPr>
        <w:t>mencionado</w:t>
      </w:r>
      <w:proofErr w:type="spellEnd"/>
      <w:r w:rsidR="00462C6C" w:rsidRPr="00397FA7">
        <w:rPr>
          <w:rFonts w:ascii="Open Sans" w:hAnsi="Open Sans" w:cs="Open Sans"/>
          <w:sz w:val="18"/>
        </w:rPr>
        <w:t xml:space="preserve"> </w:t>
      </w:r>
      <w:proofErr w:type="spellStart"/>
      <w:r w:rsidR="00462C6C" w:rsidRPr="00397FA7">
        <w:rPr>
          <w:rFonts w:ascii="Open Sans" w:hAnsi="Open Sans" w:cs="Open Sans"/>
          <w:sz w:val="18"/>
        </w:rPr>
        <w:t>en</w:t>
      </w:r>
      <w:proofErr w:type="spellEnd"/>
      <w:r w:rsidR="00462C6C" w:rsidRPr="00397FA7">
        <w:rPr>
          <w:rFonts w:ascii="Open Sans" w:hAnsi="Open Sans" w:cs="Open Sans"/>
          <w:sz w:val="18"/>
        </w:rPr>
        <w:t xml:space="preserve"> el </w:t>
      </w:r>
      <w:proofErr w:type="spellStart"/>
      <w:r w:rsidR="00462C6C" w:rsidRPr="00397FA7">
        <w:rPr>
          <w:rFonts w:ascii="Open Sans" w:hAnsi="Open Sans" w:cs="Open Sans"/>
          <w:sz w:val="18"/>
        </w:rPr>
        <w:t>informe</w:t>
      </w:r>
      <w:proofErr w:type="spellEnd"/>
      <w:r w:rsidR="00462C6C">
        <w:rPr>
          <w:rFonts w:ascii="Open Sans" w:hAnsi="Open Sans" w:cs="Open Sans"/>
          <w:sz w:val="18"/>
        </w:rPr>
        <w:t xml:space="preserve"> final</w:t>
      </w:r>
      <w:r w:rsidR="00462C6C" w:rsidRPr="00397FA7">
        <w:rPr>
          <w:rFonts w:ascii="Open Sans" w:hAnsi="Open Sans" w:cs="Open Sans"/>
          <w:sz w:val="18"/>
        </w:rPr>
        <w:t>.</w:t>
      </w:r>
    </w:p>
    <w:p w14:paraId="7DCA50EB" w14:textId="6CC3FC41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558F4912" w14:textId="138D0453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4</w:t>
      </w:r>
    </w:p>
    <w:p w14:paraId="74F3218F" w14:textId="4E8ECE1F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Pr="00397FA7">
        <w:rPr>
          <w:rFonts w:ascii="Open Sans" w:hAnsi="Open Sans" w:cs="Open Sans"/>
          <w:b/>
        </w:rPr>
        <w:t>:</w:t>
      </w:r>
      <w:r w:rsidRPr="00397FA7">
        <w:rPr>
          <w:rFonts w:ascii="Open Sans" w:hAnsi="Open Sans" w:cs="Open Sans"/>
          <w:b/>
        </w:rPr>
        <w:t xml:space="preserve"> </w:t>
      </w:r>
      <w:proofErr w:type="spellStart"/>
      <w:r w:rsidR="00000000" w:rsidRPr="00397FA7">
        <w:rPr>
          <w:rFonts w:ascii="Open Sans" w:hAnsi="Open Sans" w:cs="Open Sans"/>
        </w:rPr>
        <w:t>Presencial</w:t>
      </w:r>
      <w:proofErr w:type="spellEnd"/>
      <w:r w:rsidR="00987622">
        <w:rPr>
          <w:rFonts w:ascii="Open Sans" w:hAnsi="Open Sans" w:cs="Open Sans"/>
        </w:rPr>
        <w:t>.</w:t>
      </w:r>
    </w:p>
    <w:p w14:paraId="2E5B6BFA" w14:textId="4195234D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</w:rPr>
        <w:t>Pregunta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="00462C6C">
        <w:rPr>
          <w:rFonts w:ascii="Open Sans" w:hAnsi="Open Sans" w:cs="Open Sans"/>
          <w:bCs/>
        </w:rPr>
        <w:t>“</w:t>
      </w:r>
      <w:r w:rsidRPr="00397FA7">
        <w:rPr>
          <w:rFonts w:ascii="Open Sans" w:hAnsi="Open Sans" w:cs="Open Sans"/>
        </w:rPr>
        <w:t>¿</w:t>
      </w:r>
      <w:proofErr w:type="spellStart"/>
      <w:r w:rsidRPr="00397FA7">
        <w:rPr>
          <w:rFonts w:ascii="Open Sans" w:hAnsi="Open Sans" w:cs="Open Sans"/>
        </w:rPr>
        <w:t>Cómo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va</w:t>
      </w:r>
      <w:proofErr w:type="spellEnd"/>
      <w:r w:rsidRPr="00397FA7">
        <w:rPr>
          <w:rFonts w:ascii="Open Sans" w:hAnsi="Open Sans" w:cs="Open Sans"/>
        </w:rPr>
        <w:t xml:space="preserve"> a ser el </w:t>
      </w:r>
      <w:proofErr w:type="spellStart"/>
      <w:r w:rsidRPr="00397FA7">
        <w:rPr>
          <w:rFonts w:ascii="Open Sans" w:hAnsi="Open Sans" w:cs="Open Sans"/>
        </w:rPr>
        <w:t>traslado</w:t>
      </w:r>
      <w:proofErr w:type="spellEnd"/>
      <w:r w:rsidRPr="00397FA7">
        <w:rPr>
          <w:rFonts w:ascii="Open Sans" w:hAnsi="Open Sans" w:cs="Open Sans"/>
        </w:rPr>
        <w:t xml:space="preserve"> al nuevo </w:t>
      </w:r>
      <w:r w:rsidR="00987622">
        <w:rPr>
          <w:rFonts w:ascii="Open Sans" w:hAnsi="Open Sans" w:cs="Open Sans"/>
        </w:rPr>
        <w:t>h</w:t>
      </w:r>
      <w:r w:rsidRPr="00397FA7">
        <w:rPr>
          <w:rFonts w:ascii="Open Sans" w:hAnsi="Open Sans" w:cs="Open Sans"/>
        </w:rPr>
        <w:t>ospital provincial?</w:t>
      </w:r>
      <w:r w:rsidR="00462C6C">
        <w:rPr>
          <w:rFonts w:ascii="Open Sans" w:hAnsi="Open Sans" w:cs="Open Sans"/>
        </w:rPr>
        <w:t>”</w:t>
      </w:r>
    </w:p>
    <w:p w14:paraId="044A2792" w14:textId="40FAFB64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Respuesta </w:t>
      </w:r>
      <w:proofErr w:type="spellStart"/>
      <w:r w:rsidRPr="00397FA7">
        <w:rPr>
          <w:rFonts w:ascii="Open Sans" w:hAnsi="Open Sans" w:cs="Open Sans"/>
          <w:b/>
        </w:rPr>
        <w:t>institucional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Pr="00397FA7">
        <w:rPr>
          <w:rFonts w:ascii="Open Sans" w:hAnsi="Open Sans" w:cs="Open Sans"/>
        </w:rPr>
        <w:t xml:space="preserve">El </w:t>
      </w:r>
      <w:proofErr w:type="spellStart"/>
      <w:r w:rsidRPr="00397FA7">
        <w:rPr>
          <w:rFonts w:ascii="Open Sans" w:hAnsi="Open Sans" w:cs="Open Sans"/>
        </w:rPr>
        <w:t>traslado</w:t>
      </w:r>
      <w:proofErr w:type="spellEnd"/>
      <w:r w:rsidRPr="00397FA7">
        <w:rPr>
          <w:rFonts w:ascii="Open Sans" w:hAnsi="Open Sans" w:cs="Open Sans"/>
        </w:rPr>
        <w:t xml:space="preserve"> del hospita</w:t>
      </w:r>
      <w:r w:rsidR="00987622">
        <w:rPr>
          <w:rFonts w:ascii="Open Sans" w:hAnsi="Open Sans" w:cs="Open Sans"/>
        </w:rPr>
        <w:t>l</w:t>
      </w:r>
      <w:r w:rsidRPr="00397FA7">
        <w:rPr>
          <w:rFonts w:ascii="Open Sans" w:hAnsi="Open Sans" w:cs="Open Sans"/>
        </w:rPr>
        <w:t xml:space="preserve"> de </w:t>
      </w:r>
      <w:proofErr w:type="spellStart"/>
      <w:r w:rsidR="00987622">
        <w:rPr>
          <w:rFonts w:ascii="Open Sans" w:hAnsi="Open Sans" w:cs="Open Sans"/>
        </w:rPr>
        <w:t>Q</w:t>
      </w:r>
      <w:r w:rsidRPr="00397FA7">
        <w:rPr>
          <w:rFonts w:ascii="Open Sans" w:hAnsi="Open Sans" w:cs="Open Sans"/>
        </w:rPr>
        <w:t>uilpué</w:t>
      </w:r>
      <w:proofErr w:type="spellEnd"/>
      <w:r w:rsidRPr="00397FA7">
        <w:rPr>
          <w:rFonts w:ascii="Open Sans" w:hAnsi="Open Sans" w:cs="Open Sans"/>
        </w:rPr>
        <w:t xml:space="preserve"> a las </w:t>
      </w:r>
      <w:proofErr w:type="spellStart"/>
      <w:r w:rsidRPr="00397FA7">
        <w:rPr>
          <w:rFonts w:ascii="Open Sans" w:hAnsi="Open Sans" w:cs="Open Sans"/>
        </w:rPr>
        <w:t>nuevas</w:t>
      </w:r>
      <w:proofErr w:type="spellEnd"/>
      <w:r w:rsidRPr="00397FA7">
        <w:rPr>
          <w:rFonts w:ascii="Open Sans" w:hAnsi="Open Sans" w:cs="Open Sans"/>
        </w:rPr>
        <w:t xml:space="preserve"> dependencias debiera ser en el último trimestre de</w:t>
      </w:r>
      <w:r w:rsidR="00987622">
        <w:rPr>
          <w:rFonts w:ascii="Open Sans" w:hAnsi="Open Sans" w:cs="Open Sans"/>
        </w:rPr>
        <w:t>l</w:t>
      </w:r>
      <w:r w:rsidRPr="00397FA7">
        <w:rPr>
          <w:rFonts w:ascii="Open Sans" w:hAnsi="Open Sans" w:cs="Open Sans"/>
        </w:rPr>
        <w:t xml:space="preserve"> 2026</w:t>
      </w:r>
      <w:r w:rsidR="00987622">
        <w:rPr>
          <w:rFonts w:ascii="Open Sans" w:hAnsi="Open Sans" w:cs="Open Sans"/>
        </w:rPr>
        <w:t>,</w:t>
      </w:r>
      <w:r w:rsidRPr="00397FA7">
        <w:rPr>
          <w:rFonts w:ascii="Open Sans" w:hAnsi="Open Sans" w:cs="Open Sans"/>
        </w:rPr>
        <w:t xml:space="preserve"> y se considera su traslado en espejo, es decir, la misma dotación del actual hospital aumentado en 351 funcionarios, con una mejora en la cartera de prestaciones como por </w:t>
      </w:r>
      <w:proofErr w:type="spellStart"/>
      <w:r w:rsidRPr="00397FA7">
        <w:rPr>
          <w:rFonts w:ascii="Open Sans" w:hAnsi="Open Sans" w:cs="Open Sans"/>
        </w:rPr>
        <w:t>ejemplo</w:t>
      </w:r>
      <w:proofErr w:type="spellEnd"/>
      <w:r w:rsidRPr="00397FA7">
        <w:rPr>
          <w:rFonts w:ascii="Open Sans" w:hAnsi="Open Sans" w:cs="Open Sans"/>
        </w:rPr>
        <w:t xml:space="preserve">, </w:t>
      </w:r>
      <w:proofErr w:type="spellStart"/>
      <w:r w:rsidRPr="00397FA7">
        <w:rPr>
          <w:rFonts w:ascii="Open Sans" w:hAnsi="Open Sans" w:cs="Open Sans"/>
        </w:rPr>
        <w:t>resonador</w:t>
      </w:r>
      <w:proofErr w:type="spellEnd"/>
      <w:r w:rsidRPr="00397FA7">
        <w:rPr>
          <w:rFonts w:ascii="Open Sans" w:hAnsi="Open Sans" w:cs="Open Sans"/>
        </w:rPr>
        <w:t xml:space="preserve"> y </w:t>
      </w:r>
      <w:proofErr w:type="spellStart"/>
      <w:r w:rsidRPr="00397FA7">
        <w:rPr>
          <w:rFonts w:ascii="Open Sans" w:hAnsi="Open Sans" w:cs="Open Sans"/>
        </w:rPr>
        <w:t>diálisis</w:t>
      </w:r>
      <w:proofErr w:type="spellEnd"/>
      <w:r w:rsidR="00987622">
        <w:rPr>
          <w:rFonts w:ascii="Open Sans" w:hAnsi="Open Sans" w:cs="Open Sans"/>
        </w:rPr>
        <w:t>.</w:t>
      </w:r>
    </w:p>
    <w:p w14:paraId="2BDCC609" w14:textId="7CA4A8E4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18"/>
        </w:rPr>
        <w:t>Observación</w:t>
      </w:r>
      <w:proofErr w:type="spellEnd"/>
      <w:r w:rsidRPr="00397FA7">
        <w:rPr>
          <w:rFonts w:ascii="Open Sans" w:hAnsi="Open Sans" w:cs="Open Sans"/>
          <w:b/>
          <w:sz w:val="18"/>
        </w:rPr>
        <w:t xml:space="preserve"> interna: </w:t>
      </w:r>
      <w:r w:rsidRPr="00397FA7">
        <w:rPr>
          <w:rFonts w:ascii="Open Sans" w:hAnsi="Open Sans" w:cs="Open Sans"/>
          <w:sz w:val="18"/>
        </w:rPr>
        <w:t xml:space="preserve">No </w:t>
      </w:r>
      <w:proofErr w:type="spellStart"/>
      <w:r w:rsidRPr="00397FA7">
        <w:rPr>
          <w:rFonts w:ascii="Open Sans" w:hAnsi="Open Sans" w:cs="Open Sans"/>
          <w:sz w:val="18"/>
        </w:rPr>
        <w:t>aparece</w:t>
      </w:r>
      <w:proofErr w:type="spellEnd"/>
      <w:r w:rsidR="00462C6C">
        <w:rPr>
          <w:rFonts w:ascii="Open Sans" w:hAnsi="Open Sans" w:cs="Open Sans"/>
          <w:sz w:val="18"/>
        </w:rPr>
        <w:t xml:space="preserve"> </w:t>
      </w:r>
      <w:proofErr w:type="spellStart"/>
      <w:r w:rsidR="00462C6C">
        <w:rPr>
          <w:rFonts w:ascii="Open Sans" w:hAnsi="Open Sans" w:cs="Open Sans"/>
          <w:sz w:val="18"/>
        </w:rPr>
        <w:t>en</w:t>
      </w:r>
      <w:proofErr w:type="spellEnd"/>
      <w:r w:rsidR="00462C6C">
        <w:rPr>
          <w:rFonts w:ascii="Open Sans" w:hAnsi="Open Sans" w:cs="Open Sans"/>
          <w:sz w:val="18"/>
        </w:rPr>
        <w:t xml:space="preserve"> el </w:t>
      </w:r>
      <w:proofErr w:type="spellStart"/>
      <w:r w:rsidR="00462C6C">
        <w:rPr>
          <w:rFonts w:ascii="Open Sans" w:hAnsi="Open Sans" w:cs="Open Sans"/>
          <w:sz w:val="18"/>
        </w:rPr>
        <w:t>informe</w:t>
      </w:r>
      <w:proofErr w:type="spellEnd"/>
      <w:r w:rsidR="00987622">
        <w:rPr>
          <w:rFonts w:ascii="Open Sans" w:hAnsi="Open Sans" w:cs="Open Sans"/>
          <w:sz w:val="18"/>
        </w:rPr>
        <w:t xml:space="preserve"> final</w:t>
      </w:r>
      <w:r w:rsidRPr="00397FA7">
        <w:rPr>
          <w:rFonts w:ascii="Open Sans" w:hAnsi="Open Sans" w:cs="Open Sans"/>
          <w:sz w:val="18"/>
        </w:rPr>
        <w:t xml:space="preserve">, </w:t>
      </w:r>
      <w:proofErr w:type="spellStart"/>
      <w:r w:rsidRPr="00397FA7">
        <w:rPr>
          <w:rFonts w:ascii="Open Sans" w:hAnsi="Open Sans" w:cs="Open Sans"/>
          <w:sz w:val="18"/>
        </w:rPr>
        <w:t>ya</w:t>
      </w:r>
      <w:proofErr w:type="spellEnd"/>
      <w:r w:rsidRPr="00397FA7">
        <w:rPr>
          <w:rFonts w:ascii="Open Sans" w:hAnsi="Open Sans" w:cs="Open Sans"/>
          <w:sz w:val="18"/>
        </w:rPr>
        <w:t xml:space="preserve"> </w:t>
      </w:r>
      <w:proofErr w:type="spellStart"/>
      <w:r w:rsidRPr="00397FA7">
        <w:rPr>
          <w:rFonts w:ascii="Open Sans" w:hAnsi="Open Sans" w:cs="Open Sans"/>
          <w:sz w:val="18"/>
        </w:rPr>
        <w:t>que</w:t>
      </w:r>
      <w:proofErr w:type="spellEnd"/>
      <w:r w:rsidRPr="00397FA7">
        <w:rPr>
          <w:rFonts w:ascii="Open Sans" w:hAnsi="Open Sans" w:cs="Open Sans"/>
          <w:sz w:val="18"/>
        </w:rPr>
        <w:t xml:space="preserve"> es gestión 2026</w:t>
      </w:r>
      <w:r w:rsidR="00462C6C">
        <w:rPr>
          <w:rFonts w:ascii="Open Sans" w:hAnsi="Open Sans" w:cs="Open Sans"/>
          <w:sz w:val="18"/>
        </w:rPr>
        <w:t>.</w:t>
      </w:r>
    </w:p>
    <w:p w14:paraId="4FA6115F" w14:textId="35B13776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30F55C01" w14:textId="24355E59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5</w:t>
      </w:r>
    </w:p>
    <w:p w14:paraId="4FD75AD1" w14:textId="7744BA4C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Pr="00397FA7">
        <w:rPr>
          <w:rFonts w:ascii="Open Sans" w:hAnsi="Open Sans" w:cs="Open Sans"/>
          <w:b/>
        </w:rPr>
        <w:t>:</w:t>
      </w:r>
      <w:r w:rsidRPr="00397FA7">
        <w:rPr>
          <w:rFonts w:ascii="Open Sans" w:hAnsi="Open Sans" w:cs="Open Sans"/>
          <w:b/>
        </w:rPr>
        <w:t xml:space="preserve"> </w:t>
      </w:r>
      <w:proofErr w:type="spellStart"/>
      <w:r w:rsidR="00000000" w:rsidRPr="00397FA7">
        <w:rPr>
          <w:rFonts w:ascii="Open Sans" w:hAnsi="Open Sans" w:cs="Open Sans"/>
        </w:rPr>
        <w:t>Presencial</w:t>
      </w:r>
      <w:proofErr w:type="spellEnd"/>
    </w:p>
    <w:p w14:paraId="13C3F692" w14:textId="03195AAA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Pregunta: </w:t>
      </w:r>
      <w:r w:rsidR="00462C6C">
        <w:rPr>
          <w:rFonts w:ascii="Open Sans" w:hAnsi="Open Sans" w:cs="Open Sans"/>
          <w:bCs/>
        </w:rPr>
        <w:t>“</w:t>
      </w:r>
      <w:r w:rsidRPr="00397FA7">
        <w:rPr>
          <w:rFonts w:ascii="Open Sans" w:hAnsi="Open Sans" w:cs="Open Sans"/>
        </w:rPr>
        <w:t>¿</w:t>
      </w:r>
      <w:proofErr w:type="spellStart"/>
      <w:r w:rsidRPr="00397FA7">
        <w:rPr>
          <w:rFonts w:ascii="Open Sans" w:hAnsi="Open Sans" w:cs="Open Sans"/>
        </w:rPr>
        <w:t>Cómo</w:t>
      </w:r>
      <w:proofErr w:type="spellEnd"/>
      <w:r w:rsidRPr="00397FA7">
        <w:rPr>
          <w:rFonts w:ascii="Open Sans" w:hAnsi="Open Sans" w:cs="Open Sans"/>
        </w:rPr>
        <w:t xml:space="preserve"> se va a mejorar la locomoción colectiva para </w:t>
      </w:r>
      <w:proofErr w:type="spellStart"/>
      <w:r w:rsidRPr="00397FA7">
        <w:rPr>
          <w:rFonts w:ascii="Open Sans" w:hAnsi="Open Sans" w:cs="Open Sans"/>
        </w:rPr>
        <w:t>trasladarse</w:t>
      </w:r>
      <w:proofErr w:type="spellEnd"/>
      <w:r w:rsidRPr="00397FA7">
        <w:rPr>
          <w:rFonts w:ascii="Open Sans" w:hAnsi="Open Sans" w:cs="Open Sans"/>
        </w:rPr>
        <w:t xml:space="preserve"> al Hospital</w:t>
      </w:r>
      <w:r w:rsidR="00462C6C">
        <w:rPr>
          <w:rFonts w:ascii="Open Sans" w:hAnsi="Open Sans" w:cs="Open Sans"/>
        </w:rPr>
        <w:t xml:space="preserve"> [Provincial Marga Marga]?”</w:t>
      </w:r>
    </w:p>
    <w:p w14:paraId="5FD6EF11" w14:textId="5B1CE60B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Respuesta </w:t>
      </w:r>
      <w:proofErr w:type="spellStart"/>
      <w:r w:rsidRPr="00397FA7">
        <w:rPr>
          <w:rFonts w:ascii="Open Sans" w:hAnsi="Open Sans" w:cs="Open Sans"/>
          <w:b/>
        </w:rPr>
        <w:t>institucional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Pr="00397FA7">
        <w:rPr>
          <w:rFonts w:ascii="Open Sans" w:hAnsi="Open Sans" w:cs="Open Sans"/>
        </w:rPr>
        <w:t xml:space="preserve">La </w:t>
      </w:r>
      <w:r w:rsidR="00987622">
        <w:rPr>
          <w:rFonts w:ascii="Open Sans" w:hAnsi="Open Sans" w:cs="Open Sans"/>
        </w:rPr>
        <w:t>SEREMI</w:t>
      </w:r>
      <w:r w:rsidRPr="00397FA7">
        <w:rPr>
          <w:rFonts w:ascii="Open Sans" w:hAnsi="Open Sans" w:cs="Open Sans"/>
        </w:rPr>
        <w:t xml:space="preserve"> de </w:t>
      </w:r>
      <w:proofErr w:type="spellStart"/>
      <w:r w:rsidRPr="00397FA7">
        <w:rPr>
          <w:rFonts w:ascii="Open Sans" w:hAnsi="Open Sans" w:cs="Open Sans"/>
        </w:rPr>
        <w:t>transporte</w:t>
      </w:r>
      <w:proofErr w:type="spellEnd"/>
      <w:r w:rsidRPr="00397FA7">
        <w:rPr>
          <w:rFonts w:ascii="Open Sans" w:hAnsi="Open Sans" w:cs="Open Sans"/>
        </w:rPr>
        <w:t xml:space="preserve"> cuenta con una propuesta de mejora que fortalece el transporte público para que los usuarios y los funcionarios del hospital </w:t>
      </w:r>
      <w:proofErr w:type="spellStart"/>
      <w:r w:rsidRPr="00397FA7">
        <w:rPr>
          <w:rFonts w:ascii="Open Sans" w:hAnsi="Open Sans" w:cs="Open Sans"/>
        </w:rPr>
        <w:t>puedan</w:t>
      </w:r>
      <w:proofErr w:type="spellEnd"/>
      <w:r w:rsidRPr="00397FA7">
        <w:rPr>
          <w:rFonts w:ascii="Open Sans" w:hAnsi="Open Sans" w:cs="Open Sans"/>
        </w:rPr>
        <w:t xml:space="preserve"> acceder</w:t>
      </w:r>
      <w:r w:rsidR="00987622">
        <w:rPr>
          <w:rFonts w:ascii="Open Sans" w:hAnsi="Open Sans" w:cs="Open Sans"/>
        </w:rPr>
        <w:t xml:space="preserve"> a </w:t>
      </w:r>
      <w:proofErr w:type="spellStart"/>
      <w:r w:rsidR="00987622">
        <w:rPr>
          <w:rFonts w:ascii="Open Sans" w:hAnsi="Open Sans" w:cs="Open Sans"/>
        </w:rPr>
        <w:t>él</w:t>
      </w:r>
      <w:proofErr w:type="spellEnd"/>
      <w:r w:rsidRPr="00397FA7">
        <w:rPr>
          <w:rFonts w:ascii="Open Sans" w:hAnsi="Open Sans" w:cs="Open Sans"/>
        </w:rPr>
        <w:t xml:space="preserve">.  Esto considera nuevos recorridos y apoyo de buses de acercamiento de EFE.  La propuesta final será comunicada </w:t>
      </w:r>
      <w:proofErr w:type="spellStart"/>
      <w:r w:rsidRPr="00397FA7">
        <w:rPr>
          <w:rFonts w:ascii="Open Sans" w:hAnsi="Open Sans" w:cs="Open Sans"/>
        </w:rPr>
        <w:t>oportunamente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por</w:t>
      </w:r>
      <w:proofErr w:type="spellEnd"/>
      <w:r w:rsidRPr="00397FA7">
        <w:rPr>
          <w:rFonts w:ascii="Open Sans" w:hAnsi="Open Sans" w:cs="Open Sans"/>
        </w:rPr>
        <w:t xml:space="preserve"> la </w:t>
      </w:r>
      <w:r w:rsidR="00987622">
        <w:rPr>
          <w:rFonts w:ascii="Open Sans" w:hAnsi="Open Sans" w:cs="Open Sans"/>
        </w:rPr>
        <w:t>SEREMI</w:t>
      </w:r>
      <w:r w:rsidRPr="00397FA7">
        <w:rPr>
          <w:rFonts w:ascii="Open Sans" w:hAnsi="Open Sans" w:cs="Open Sans"/>
        </w:rPr>
        <w:t xml:space="preserve"> de </w:t>
      </w:r>
      <w:proofErr w:type="spellStart"/>
      <w:r w:rsidRPr="00397FA7">
        <w:rPr>
          <w:rFonts w:ascii="Open Sans" w:hAnsi="Open Sans" w:cs="Open Sans"/>
        </w:rPr>
        <w:t>Transportes</w:t>
      </w:r>
      <w:proofErr w:type="spellEnd"/>
      <w:r w:rsidR="00462C6C">
        <w:rPr>
          <w:rFonts w:ascii="Open Sans" w:hAnsi="Open Sans" w:cs="Open Sans"/>
        </w:rPr>
        <w:t>.</w:t>
      </w:r>
    </w:p>
    <w:p w14:paraId="539E4993" w14:textId="42952891" w:rsidR="00A916D3" w:rsidRDefault="00000000" w:rsidP="00397FA7">
      <w:pPr>
        <w:jc w:val="both"/>
        <w:rPr>
          <w:rFonts w:ascii="Open Sans" w:hAnsi="Open Sans" w:cs="Open Sans"/>
          <w:sz w:val="18"/>
        </w:rPr>
      </w:pPr>
      <w:proofErr w:type="spellStart"/>
      <w:r w:rsidRPr="00397FA7">
        <w:rPr>
          <w:rFonts w:ascii="Open Sans" w:hAnsi="Open Sans" w:cs="Open Sans"/>
          <w:b/>
          <w:sz w:val="18"/>
        </w:rPr>
        <w:t>Observación</w:t>
      </w:r>
      <w:proofErr w:type="spellEnd"/>
      <w:r w:rsidRPr="00397FA7">
        <w:rPr>
          <w:rFonts w:ascii="Open Sans" w:hAnsi="Open Sans" w:cs="Open Sans"/>
          <w:b/>
          <w:sz w:val="18"/>
        </w:rPr>
        <w:t xml:space="preserve"> interna: </w:t>
      </w:r>
      <w:r w:rsidRPr="00397FA7">
        <w:rPr>
          <w:rFonts w:ascii="Open Sans" w:hAnsi="Open Sans" w:cs="Open Sans"/>
          <w:sz w:val="18"/>
        </w:rPr>
        <w:t xml:space="preserve">No </w:t>
      </w:r>
      <w:proofErr w:type="spellStart"/>
      <w:r w:rsidRPr="00397FA7">
        <w:rPr>
          <w:rFonts w:ascii="Open Sans" w:hAnsi="Open Sans" w:cs="Open Sans"/>
          <w:sz w:val="18"/>
        </w:rPr>
        <w:t>aparece</w:t>
      </w:r>
      <w:proofErr w:type="spellEnd"/>
      <w:r w:rsidR="00462C6C">
        <w:rPr>
          <w:rFonts w:ascii="Open Sans" w:hAnsi="Open Sans" w:cs="Open Sans"/>
          <w:sz w:val="18"/>
        </w:rPr>
        <w:t xml:space="preserve"> </w:t>
      </w:r>
      <w:proofErr w:type="spellStart"/>
      <w:r w:rsidR="00462C6C">
        <w:rPr>
          <w:rFonts w:ascii="Open Sans" w:hAnsi="Open Sans" w:cs="Open Sans"/>
          <w:sz w:val="18"/>
        </w:rPr>
        <w:t>en</w:t>
      </w:r>
      <w:proofErr w:type="spellEnd"/>
      <w:r w:rsidR="00462C6C">
        <w:rPr>
          <w:rFonts w:ascii="Open Sans" w:hAnsi="Open Sans" w:cs="Open Sans"/>
          <w:sz w:val="18"/>
        </w:rPr>
        <w:t xml:space="preserve"> el </w:t>
      </w:r>
      <w:proofErr w:type="spellStart"/>
      <w:r w:rsidR="00462C6C">
        <w:rPr>
          <w:rFonts w:ascii="Open Sans" w:hAnsi="Open Sans" w:cs="Open Sans"/>
          <w:sz w:val="18"/>
        </w:rPr>
        <w:t>informe</w:t>
      </w:r>
      <w:proofErr w:type="spellEnd"/>
      <w:r w:rsidR="00987622">
        <w:rPr>
          <w:rFonts w:ascii="Open Sans" w:hAnsi="Open Sans" w:cs="Open Sans"/>
          <w:sz w:val="18"/>
        </w:rPr>
        <w:t xml:space="preserve"> final</w:t>
      </w:r>
      <w:r w:rsidRPr="00397FA7">
        <w:rPr>
          <w:rFonts w:ascii="Open Sans" w:hAnsi="Open Sans" w:cs="Open Sans"/>
          <w:sz w:val="18"/>
        </w:rPr>
        <w:t xml:space="preserve">, </w:t>
      </w:r>
      <w:proofErr w:type="spellStart"/>
      <w:r w:rsidRPr="00397FA7">
        <w:rPr>
          <w:rFonts w:ascii="Open Sans" w:hAnsi="Open Sans" w:cs="Open Sans"/>
          <w:sz w:val="18"/>
        </w:rPr>
        <w:t>ya</w:t>
      </w:r>
      <w:proofErr w:type="spellEnd"/>
      <w:r w:rsidRPr="00397FA7">
        <w:rPr>
          <w:rFonts w:ascii="Open Sans" w:hAnsi="Open Sans" w:cs="Open Sans"/>
          <w:sz w:val="18"/>
        </w:rPr>
        <w:t xml:space="preserve"> </w:t>
      </w:r>
      <w:proofErr w:type="spellStart"/>
      <w:r w:rsidRPr="00397FA7">
        <w:rPr>
          <w:rFonts w:ascii="Open Sans" w:hAnsi="Open Sans" w:cs="Open Sans"/>
          <w:sz w:val="18"/>
        </w:rPr>
        <w:t>que</w:t>
      </w:r>
      <w:proofErr w:type="spellEnd"/>
      <w:r w:rsidRPr="00397FA7">
        <w:rPr>
          <w:rFonts w:ascii="Open Sans" w:hAnsi="Open Sans" w:cs="Open Sans"/>
          <w:sz w:val="18"/>
        </w:rPr>
        <w:t xml:space="preserve"> es </w:t>
      </w:r>
      <w:proofErr w:type="spellStart"/>
      <w:r w:rsidRPr="00397FA7">
        <w:rPr>
          <w:rFonts w:ascii="Open Sans" w:hAnsi="Open Sans" w:cs="Open Sans"/>
          <w:sz w:val="18"/>
        </w:rPr>
        <w:t>gestión</w:t>
      </w:r>
      <w:proofErr w:type="spellEnd"/>
      <w:r w:rsidRPr="00397FA7">
        <w:rPr>
          <w:rFonts w:ascii="Open Sans" w:hAnsi="Open Sans" w:cs="Open Sans"/>
          <w:sz w:val="18"/>
        </w:rPr>
        <w:t xml:space="preserve"> 2026</w:t>
      </w:r>
      <w:r w:rsidR="00462C6C">
        <w:rPr>
          <w:rFonts w:ascii="Open Sans" w:hAnsi="Open Sans" w:cs="Open Sans"/>
          <w:sz w:val="18"/>
        </w:rPr>
        <w:t>.</w:t>
      </w:r>
    </w:p>
    <w:p w14:paraId="3C1606C9" w14:textId="77777777" w:rsidR="00397FA7" w:rsidRPr="00397FA7" w:rsidRDefault="00397FA7" w:rsidP="00397FA7">
      <w:pPr>
        <w:jc w:val="both"/>
        <w:rPr>
          <w:rFonts w:ascii="Open Sans" w:hAnsi="Open Sans" w:cs="Open Sans"/>
        </w:rPr>
      </w:pPr>
    </w:p>
    <w:p w14:paraId="7A79638A" w14:textId="6AA9686E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1DECAEDA" w14:textId="47D96325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6</w:t>
      </w:r>
    </w:p>
    <w:p w14:paraId="1BFCB5A4" w14:textId="20C6F168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Pr="00397FA7">
        <w:rPr>
          <w:rFonts w:ascii="Open Sans" w:hAnsi="Open Sans" w:cs="Open Sans"/>
          <w:b/>
        </w:rPr>
        <w:t>:</w:t>
      </w:r>
      <w:r w:rsidRPr="00397FA7">
        <w:rPr>
          <w:rFonts w:ascii="Open Sans" w:hAnsi="Open Sans" w:cs="Open Sans"/>
          <w:b/>
        </w:rPr>
        <w:t xml:space="preserve"> </w:t>
      </w:r>
      <w:proofErr w:type="spellStart"/>
      <w:r w:rsidR="00000000" w:rsidRPr="00397FA7">
        <w:rPr>
          <w:rFonts w:ascii="Open Sans" w:hAnsi="Open Sans" w:cs="Open Sans"/>
        </w:rPr>
        <w:t>Presencial</w:t>
      </w:r>
      <w:proofErr w:type="spellEnd"/>
    </w:p>
    <w:p w14:paraId="48D12341" w14:textId="404106A3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</w:rPr>
        <w:t>Pregunta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="00462C6C">
        <w:rPr>
          <w:rFonts w:ascii="Open Sans" w:hAnsi="Open Sans" w:cs="Open Sans"/>
          <w:bCs/>
        </w:rPr>
        <w:t>“</w:t>
      </w:r>
      <w:r w:rsidRPr="00397FA7">
        <w:rPr>
          <w:rFonts w:ascii="Open Sans" w:hAnsi="Open Sans" w:cs="Open Sans"/>
        </w:rPr>
        <w:t xml:space="preserve">¿Por </w:t>
      </w:r>
      <w:proofErr w:type="spellStart"/>
      <w:r w:rsidRPr="00397FA7">
        <w:rPr>
          <w:rFonts w:ascii="Open Sans" w:hAnsi="Open Sans" w:cs="Open Sans"/>
        </w:rPr>
        <w:t>qué</w:t>
      </w:r>
      <w:proofErr w:type="spellEnd"/>
      <w:r w:rsidRPr="00397FA7">
        <w:rPr>
          <w:rFonts w:ascii="Open Sans" w:hAnsi="Open Sans" w:cs="Open Sans"/>
        </w:rPr>
        <w:t xml:space="preserve"> las </w:t>
      </w:r>
      <w:proofErr w:type="spellStart"/>
      <w:r w:rsidRPr="00397FA7">
        <w:rPr>
          <w:rFonts w:ascii="Open Sans" w:hAnsi="Open Sans" w:cs="Open Sans"/>
        </w:rPr>
        <w:t>Clínicas</w:t>
      </w:r>
      <w:proofErr w:type="spellEnd"/>
      <w:r w:rsidRPr="00397FA7">
        <w:rPr>
          <w:rFonts w:ascii="Open Sans" w:hAnsi="Open Sans" w:cs="Open Sans"/>
        </w:rPr>
        <w:t xml:space="preserve"> restringen los tiempos de las prestaciones y los usuarios deben abandonar los recintos por que hay un plazo que lo </w:t>
      </w:r>
      <w:proofErr w:type="spellStart"/>
      <w:r w:rsidRPr="00397FA7">
        <w:rPr>
          <w:rFonts w:ascii="Open Sans" w:hAnsi="Open Sans" w:cs="Open Sans"/>
        </w:rPr>
        <w:t>establece</w:t>
      </w:r>
      <w:proofErr w:type="spellEnd"/>
      <w:r w:rsidRPr="00397FA7">
        <w:rPr>
          <w:rFonts w:ascii="Open Sans" w:hAnsi="Open Sans" w:cs="Open Sans"/>
        </w:rPr>
        <w:t>?</w:t>
      </w:r>
      <w:r w:rsidR="00462C6C">
        <w:rPr>
          <w:rFonts w:ascii="Open Sans" w:hAnsi="Open Sans" w:cs="Open Sans"/>
        </w:rPr>
        <w:t>”</w:t>
      </w:r>
    </w:p>
    <w:p w14:paraId="1A4243D1" w14:textId="22F7789B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Respuesta </w:t>
      </w:r>
      <w:proofErr w:type="spellStart"/>
      <w:r w:rsidRPr="00397FA7">
        <w:rPr>
          <w:rFonts w:ascii="Open Sans" w:hAnsi="Open Sans" w:cs="Open Sans"/>
          <w:b/>
        </w:rPr>
        <w:t>institucional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Pr="00397FA7">
        <w:rPr>
          <w:rFonts w:ascii="Open Sans" w:hAnsi="Open Sans" w:cs="Open Sans"/>
        </w:rPr>
        <w:t>Los t</w:t>
      </w:r>
      <w:proofErr w:type="spellStart"/>
      <w:r w:rsidRPr="00397FA7">
        <w:rPr>
          <w:rFonts w:ascii="Open Sans" w:hAnsi="Open Sans" w:cs="Open Sans"/>
        </w:rPr>
        <w:t>iempos</w:t>
      </w:r>
      <w:proofErr w:type="spellEnd"/>
      <w:r w:rsidRPr="00397FA7">
        <w:rPr>
          <w:rFonts w:ascii="Open Sans" w:hAnsi="Open Sans" w:cs="Open Sans"/>
        </w:rPr>
        <w:t xml:space="preserve"> de </w:t>
      </w:r>
      <w:proofErr w:type="spellStart"/>
      <w:r w:rsidRPr="00397FA7">
        <w:rPr>
          <w:rFonts w:ascii="Open Sans" w:hAnsi="Open Sans" w:cs="Open Sans"/>
        </w:rPr>
        <w:t>permanencia</w:t>
      </w:r>
      <w:proofErr w:type="spellEnd"/>
      <w:r w:rsidRPr="00397FA7">
        <w:rPr>
          <w:rFonts w:ascii="Open Sans" w:hAnsi="Open Sans" w:cs="Open Sans"/>
        </w:rPr>
        <w:t xml:space="preserve"> en una clínica dependen de criterios clínicos y de gestión definidos por cada establecimiento, con el objetivo de brindar una atención segura, favorecer la recuperación del paciente y asegurar la disponibilidad de camas y espacios para otras personas que requieren atención. Una vez que el equipo de salud determina que el paciente puede continuar su recuperación en su domicilio o en otro nivel de atención, se indica el alta correspondiente. Las decisiones que tomen las clínicas como entidades privadas no dependen del Servicio de Salud.</w:t>
      </w:r>
    </w:p>
    <w:p w14:paraId="7B305C2C" w14:textId="595E8204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18"/>
        </w:rPr>
        <w:t>Observación</w:t>
      </w:r>
      <w:proofErr w:type="spellEnd"/>
      <w:r w:rsidRPr="00397FA7">
        <w:rPr>
          <w:rFonts w:ascii="Open Sans" w:hAnsi="Open Sans" w:cs="Open Sans"/>
          <w:b/>
          <w:sz w:val="18"/>
        </w:rPr>
        <w:t xml:space="preserve"> interna: </w:t>
      </w:r>
      <w:r w:rsidRPr="00397FA7">
        <w:rPr>
          <w:rFonts w:ascii="Open Sans" w:hAnsi="Open Sans" w:cs="Open Sans"/>
          <w:sz w:val="18"/>
        </w:rPr>
        <w:t xml:space="preserve">No </w:t>
      </w:r>
      <w:proofErr w:type="spellStart"/>
      <w:r w:rsidRPr="00397FA7">
        <w:rPr>
          <w:rFonts w:ascii="Open Sans" w:hAnsi="Open Sans" w:cs="Open Sans"/>
          <w:sz w:val="18"/>
        </w:rPr>
        <w:t>aparece</w:t>
      </w:r>
      <w:proofErr w:type="spellEnd"/>
      <w:r w:rsidR="00462C6C">
        <w:rPr>
          <w:rFonts w:ascii="Open Sans" w:hAnsi="Open Sans" w:cs="Open Sans"/>
          <w:sz w:val="18"/>
        </w:rPr>
        <w:t xml:space="preserve"> </w:t>
      </w:r>
      <w:proofErr w:type="spellStart"/>
      <w:r w:rsidR="00462C6C">
        <w:rPr>
          <w:rFonts w:ascii="Open Sans" w:hAnsi="Open Sans" w:cs="Open Sans"/>
          <w:sz w:val="18"/>
        </w:rPr>
        <w:t>en</w:t>
      </w:r>
      <w:proofErr w:type="spellEnd"/>
      <w:r w:rsidR="00462C6C">
        <w:rPr>
          <w:rFonts w:ascii="Open Sans" w:hAnsi="Open Sans" w:cs="Open Sans"/>
          <w:sz w:val="18"/>
        </w:rPr>
        <w:t xml:space="preserve"> el </w:t>
      </w:r>
      <w:proofErr w:type="spellStart"/>
      <w:r w:rsidR="00462C6C">
        <w:rPr>
          <w:rFonts w:ascii="Open Sans" w:hAnsi="Open Sans" w:cs="Open Sans"/>
          <w:sz w:val="18"/>
        </w:rPr>
        <w:t>informe</w:t>
      </w:r>
      <w:proofErr w:type="spellEnd"/>
      <w:r w:rsidR="00987622">
        <w:rPr>
          <w:rFonts w:ascii="Open Sans" w:hAnsi="Open Sans" w:cs="Open Sans"/>
          <w:sz w:val="18"/>
        </w:rPr>
        <w:t xml:space="preserve"> final</w:t>
      </w:r>
      <w:r w:rsidRPr="00397FA7">
        <w:rPr>
          <w:rFonts w:ascii="Open Sans" w:hAnsi="Open Sans" w:cs="Open Sans"/>
          <w:sz w:val="18"/>
        </w:rPr>
        <w:t xml:space="preserve">, </w:t>
      </w:r>
      <w:proofErr w:type="spellStart"/>
      <w:r w:rsidRPr="00397FA7">
        <w:rPr>
          <w:rFonts w:ascii="Open Sans" w:hAnsi="Open Sans" w:cs="Open Sans"/>
          <w:sz w:val="18"/>
        </w:rPr>
        <w:t>ya</w:t>
      </w:r>
      <w:proofErr w:type="spellEnd"/>
      <w:r w:rsidRPr="00397FA7">
        <w:rPr>
          <w:rFonts w:ascii="Open Sans" w:hAnsi="Open Sans" w:cs="Open Sans"/>
          <w:sz w:val="18"/>
        </w:rPr>
        <w:t xml:space="preserve"> </w:t>
      </w:r>
      <w:proofErr w:type="spellStart"/>
      <w:r w:rsidRPr="00397FA7">
        <w:rPr>
          <w:rFonts w:ascii="Open Sans" w:hAnsi="Open Sans" w:cs="Open Sans"/>
          <w:sz w:val="18"/>
        </w:rPr>
        <w:t>que</w:t>
      </w:r>
      <w:proofErr w:type="spellEnd"/>
      <w:r w:rsidRPr="00397FA7">
        <w:rPr>
          <w:rFonts w:ascii="Open Sans" w:hAnsi="Open Sans" w:cs="Open Sans"/>
          <w:sz w:val="18"/>
        </w:rPr>
        <w:t xml:space="preserve"> no pertenece a la dependencia del Servicio de Salud. </w:t>
      </w:r>
    </w:p>
    <w:p w14:paraId="094D0D7B" w14:textId="340F2C55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6C0AE725" w14:textId="72DA2D2F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7</w:t>
      </w:r>
    </w:p>
    <w:p w14:paraId="795270DF" w14:textId="750A6962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Pr="00397FA7">
        <w:rPr>
          <w:rFonts w:ascii="Open Sans" w:hAnsi="Open Sans" w:cs="Open Sans"/>
          <w:b/>
        </w:rPr>
        <w:t>:</w:t>
      </w:r>
      <w:r w:rsidRPr="00397FA7">
        <w:rPr>
          <w:rFonts w:ascii="Open Sans" w:hAnsi="Open Sans" w:cs="Open Sans"/>
          <w:b/>
        </w:rPr>
        <w:t xml:space="preserve"> </w:t>
      </w:r>
      <w:r w:rsidR="00000000" w:rsidRPr="00397FA7">
        <w:rPr>
          <w:rFonts w:ascii="Open Sans" w:hAnsi="Open Sans" w:cs="Open Sans"/>
        </w:rPr>
        <w:t>Virtual</w:t>
      </w:r>
    </w:p>
    <w:p w14:paraId="6AC113B8" w14:textId="3A032894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</w:rPr>
        <w:t>Pregunta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="00462C6C">
        <w:rPr>
          <w:rFonts w:ascii="Open Sans" w:hAnsi="Open Sans" w:cs="Open Sans"/>
          <w:b/>
        </w:rPr>
        <w:t>“</w:t>
      </w:r>
      <w:r w:rsidRPr="00397FA7">
        <w:rPr>
          <w:rFonts w:ascii="Open Sans" w:hAnsi="Open Sans" w:cs="Open Sans"/>
        </w:rPr>
        <w:t xml:space="preserve">Solo </w:t>
      </w:r>
      <w:proofErr w:type="spellStart"/>
      <w:r w:rsidRPr="00397FA7">
        <w:rPr>
          <w:rFonts w:ascii="Open Sans" w:hAnsi="Open Sans" w:cs="Open Sans"/>
        </w:rPr>
        <w:t>que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contraten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m</w:t>
      </w:r>
      <w:r w:rsidR="00462C6C">
        <w:rPr>
          <w:rFonts w:ascii="Open Sans" w:hAnsi="Open Sans" w:cs="Open Sans"/>
        </w:rPr>
        <w:t>á</w:t>
      </w:r>
      <w:r w:rsidRPr="00397FA7">
        <w:rPr>
          <w:rFonts w:ascii="Open Sans" w:hAnsi="Open Sans" w:cs="Open Sans"/>
        </w:rPr>
        <w:t>s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gente</w:t>
      </w:r>
      <w:proofErr w:type="spellEnd"/>
      <w:r w:rsidRPr="00397FA7">
        <w:rPr>
          <w:rFonts w:ascii="Open Sans" w:hAnsi="Open Sans" w:cs="Open Sans"/>
        </w:rPr>
        <w:t xml:space="preserve"> </w:t>
      </w:r>
      <w:proofErr w:type="spellStart"/>
      <w:r w:rsidRPr="00397FA7">
        <w:rPr>
          <w:rFonts w:ascii="Open Sans" w:hAnsi="Open Sans" w:cs="Open Sans"/>
        </w:rPr>
        <w:t>orientadoras</w:t>
      </w:r>
      <w:proofErr w:type="spellEnd"/>
      <w:r w:rsidR="00462C6C">
        <w:rPr>
          <w:rFonts w:ascii="Open Sans" w:hAnsi="Open Sans" w:cs="Open Sans"/>
        </w:rPr>
        <w:t>”</w:t>
      </w:r>
    </w:p>
    <w:p w14:paraId="0C1E6BAA" w14:textId="25AA48AD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Respuesta </w:t>
      </w:r>
      <w:proofErr w:type="spellStart"/>
      <w:r w:rsidRPr="00397FA7">
        <w:rPr>
          <w:rFonts w:ascii="Open Sans" w:hAnsi="Open Sans" w:cs="Open Sans"/>
          <w:b/>
        </w:rPr>
        <w:t>institucional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Pr="00397FA7">
        <w:rPr>
          <w:rFonts w:ascii="Open Sans" w:hAnsi="Open Sans" w:cs="Open Sans"/>
        </w:rPr>
        <w:t>-</w:t>
      </w:r>
      <w:r w:rsidR="00462C6C">
        <w:rPr>
          <w:rFonts w:ascii="Open Sans" w:hAnsi="Open Sans" w:cs="Open Sans"/>
        </w:rPr>
        <w:t>.</w:t>
      </w:r>
    </w:p>
    <w:p w14:paraId="061508DE" w14:textId="45247BCA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7001D149" w14:textId="3DB8D2DA" w:rsidR="00A916D3" w:rsidRPr="00397FA7" w:rsidRDefault="00000000" w:rsidP="00397FA7">
      <w:pPr>
        <w:jc w:val="both"/>
        <w:rPr>
          <w:rFonts w:ascii="Open Sans" w:hAnsi="Open Sans" w:cs="Open Sans"/>
        </w:rPr>
      </w:pPr>
      <w:proofErr w:type="spellStart"/>
      <w:r w:rsidRPr="00397FA7">
        <w:rPr>
          <w:rFonts w:ascii="Open Sans" w:hAnsi="Open Sans" w:cs="Open Sans"/>
          <w:b/>
          <w:sz w:val="28"/>
        </w:rPr>
        <w:t>Pregunta</w:t>
      </w:r>
      <w:proofErr w:type="spellEnd"/>
      <w:r w:rsidRPr="00397FA7">
        <w:rPr>
          <w:rFonts w:ascii="Open Sans" w:hAnsi="Open Sans" w:cs="Open Sans"/>
          <w:b/>
          <w:sz w:val="28"/>
        </w:rPr>
        <w:t xml:space="preserve"> </w:t>
      </w:r>
      <w:r w:rsidR="00397FA7" w:rsidRPr="00397FA7">
        <w:rPr>
          <w:rFonts w:ascii="Open Sans" w:hAnsi="Open Sans" w:cs="Open Sans"/>
          <w:b/>
          <w:sz w:val="28"/>
        </w:rPr>
        <w:t>8</w:t>
      </w:r>
    </w:p>
    <w:p w14:paraId="10C6D6E8" w14:textId="71C4CBB5" w:rsidR="00A916D3" w:rsidRPr="00397FA7" w:rsidRDefault="00397FA7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Medio de </w:t>
      </w:r>
      <w:proofErr w:type="spellStart"/>
      <w:r w:rsidRPr="00397FA7">
        <w:rPr>
          <w:rFonts w:ascii="Open Sans" w:hAnsi="Open Sans" w:cs="Open Sans"/>
          <w:b/>
        </w:rPr>
        <w:t>recepción</w:t>
      </w:r>
      <w:proofErr w:type="spellEnd"/>
      <w:r w:rsidRPr="00397FA7">
        <w:rPr>
          <w:rFonts w:ascii="Open Sans" w:hAnsi="Open Sans" w:cs="Open Sans"/>
          <w:b/>
        </w:rPr>
        <w:t>:</w:t>
      </w:r>
      <w:r w:rsidRPr="00397FA7">
        <w:rPr>
          <w:rFonts w:ascii="Open Sans" w:hAnsi="Open Sans" w:cs="Open Sans"/>
          <w:b/>
        </w:rPr>
        <w:t xml:space="preserve"> </w:t>
      </w:r>
      <w:r w:rsidR="00000000" w:rsidRPr="00397FA7">
        <w:rPr>
          <w:rFonts w:ascii="Open Sans" w:hAnsi="Open Sans" w:cs="Open Sans"/>
        </w:rPr>
        <w:t>Virtual</w:t>
      </w:r>
      <w:r w:rsidR="00462C6C">
        <w:rPr>
          <w:rFonts w:ascii="Open Sans" w:hAnsi="Open Sans" w:cs="Open Sans"/>
        </w:rPr>
        <w:t>.</w:t>
      </w:r>
    </w:p>
    <w:p w14:paraId="372F3FA6" w14:textId="7EA3ECEA" w:rsidR="00A916D3" w:rsidRPr="00397FA7" w:rsidRDefault="00000000" w:rsidP="00397FA7">
      <w:pPr>
        <w:jc w:val="both"/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t xml:space="preserve">Pregunta: </w:t>
      </w:r>
      <w:r w:rsidR="00462C6C">
        <w:rPr>
          <w:rFonts w:ascii="Open Sans" w:hAnsi="Open Sans" w:cs="Open Sans"/>
          <w:b/>
        </w:rPr>
        <w:t>“</w:t>
      </w:r>
      <w:r w:rsidRPr="00397FA7">
        <w:rPr>
          <w:rFonts w:ascii="Open Sans" w:hAnsi="Open Sans" w:cs="Open Sans"/>
        </w:rPr>
        <w:t xml:space="preserve">Todo lo que expusieron en la cuenta pública fue muy </w:t>
      </w:r>
      <w:proofErr w:type="gramStart"/>
      <w:r w:rsidRPr="00397FA7">
        <w:rPr>
          <w:rFonts w:ascii="Open Sans" w:hAnsi="Open Sans" w:cs="Open Sans"/>
        </w:rPr>
        <w:t>clara ,</w:t>
      </w:r>
      <w:proofErr w:type="gramEnd"/>
      <w:r w:rsidRPr="00397FA7">
        <w:rPr>
          <w:rFonts w:ascii="Open Sans" w:hAnsi="Open Sans" w:cs="Open Sans"/>
        </w:rPr>
        <w:t xml:space="preserve"> esperar resultados este año </w:t>
      </w:r>
      <w:proofErr w:type="gramStart"/>
      <w:r w:rsidRPr="00397FA7">
        <w:rPr>
          <w:rFonts w:ascii="Open Sans" w:hAnsi="Open Sans" w:cs="Open Sans"/>
        </w:rPr>
        <w:t>2026 .</w:t>
      </w:r>
      <w:proofErr w:type="gramEnd"/>
      <w:r w:rsidRPr="00397FA7">
        <w:rPr>
          <w:rFonts w:ascii="Open Sans" w:hAnsi="Open Sans" w:cs="Open Sans"/>
        </w:rPr>
        <w:t xml:space="preserve"> Con la inauguración del hospital provincial esperamos que su funciones sean mucho mejor en cuanto a la atención y seguir bajando los números de espera en cuanto a las esperas de horas pendientes en </w:t>
      </w:r>
      <w:proofErr w:type="spellStart"/>
      <w:r w:rsidRPr="00397FA7">
        <w:rPr>
          <w:rFonts w:ascii="Open Sans" w:hAnsi="Open Sans" w:cs="Open Sans"/>
        </w:rPr>
        <w:t>especialidades</w:t>
      </w:r>
      <w:proofErr w:type="spellEnd"/>
      <w:r w:rsidR="00462C6C">
        <w:rPr>
          <w:rFonts w:ascii="Open Sans" w:hAnsi="Open Sans" w:cs="Open Sans"/>
        </w:rPr>
        <w:t>”</w:t>
      </w:r>
      <w:r w:rsidRPr="00397FA7">
        <w:rPr>
          <w:rFonts w:ascii="Open Sans" w:hAnsi="Open Sans" w:cs="Open Sans"/>
        </w:rPr>
        <w:t>.</w:t>
      </w:r>
    </w:p>
    <w:p w14:paraId="2AA99414" w14:textId="10B2E7CC" w:rsidR="00A916D3" w:rsidRPr="00397FA7" w:rsidRDefault="00000000">
      <w:pPr>
        <w:rPr>
          <w:rFonts w:ascii="Open Sans" w:hAnsi="Open Sans" w:cs="Open Sans"/>
        </w:rPr>
      </w:pPr>
      <w:r w:rsidRPr="00397FA7">
        <w:rPr>
          <w:rFonts w:ascii="Open Sans" w:hAnsi="Open Sans" w:cs="Open Sans"/>
          <w:b/>
        </w:rPr>
        <w:lastRenderedPageBreak/>
        <w:t xml:space="preserve">Respuesta </w:t>
      </w:r>
      <w:proofErr w:type="spellStart"/>
      <w:r w:rsidRPr="00397FA7">
        <w:rPr>
          <w:rFonts w:ascii="Open Sans" w:hAnsi="Open Sans" w:cs="Open Sans"/>
          <w:b/>
        </w:rPr>
        <w:t>institucional</w:t>
      </w:r>
      <w:proofErr w:type="spellEnd"/>
      <w:r w:rsidRPr="00397FA7">
        <w:rPr>
          <w:rFonts w:ascii="Open Sans" w:hAnsi="Open Sans" w:cs="Open Sans"/>
          <w:b/>
        </w:rPr>
        <w:t xml:space="preserve">: </w:t>
      </w:r>
      <w:r w:rsidRPr="00397FA7">
        <w:rPr>
          <w:rFonts w:ascii="Open Sans" w:hAnsi="Open Sans" w:cs="Open Sans"/>
        </w:rPr>
        <w:t>-</w:t>
      </w:r>
      <w:r w:rsidR="00462C6C">
        <w:rPr>
          <w:rFonts w:ascii="Open Sans" w:hAnsi="Open Sans" w:cs="Open Sans"/>
        </w:rPr>
        <w:t>.</w:t>
      </w:r>
    </w:p>
    <w:sectPr w:rsidR="00A916D3" w:rsidRPr="00397F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0767606">
    <w:abstractNumId w:val="8"/>
  </w:num>
  <w:num w:numId="2" w16cid:durableId="1108694789">
    <w:abstractNumId w:val="6"/>
  </w:num>
  <w:num w:numId="3" w16cid:durableId="515583278">
    <w:abstractNumId w:val="5"/>
  </w:num>
  <w:num w:numId="4" w16cid:durableId="1458570070">
    <w:abstractNumId w:val="4"/>
  </w:num>
  <w:num w:numId="5" w16cid:durableId="830871371">
    <w:abstractNumId w:val="7"/>
  </w:num>
  <w:num w:numId="6" w16cid:durableId="1950040318">
    <w:abstractNumId w:val="3"/>
  </w:num>
  <w:num w:numId="7" w16cid:durableId="1522356361">
    <w:abstractNumId w:val="2"/>
  </w:num>
  <w:num w:numId="8" w16cid:durableId="1371807384">
    <w:abstractNumId w:val="1"/>
  </w:num>
  <w:num w:numId="9" w16cid:durableId="42226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6013"/>
    <w:rsid w:val="0029639D"/>
    <w:rsid w:val="00326F90"/>
    <w:rsid w:val="00397FA7"/>
    <w:rsid w:val="00462C6C"/>
    <w:rsid w:val="00987622"/>
    <w:rsid w:val="00A916D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1B142"/>
  <w14:defaultImageDpi w14:val="300"/>
  <w15:docId w15:val="{55BA7AC1-72D1-48C3-B513-A191C75E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715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Noemi Antonia Gallardo Garré</cp:lastModifiedBy>
  <cp:revision>2</cp:revision>
  <dcterms:created xsi:type="dcterms:W3CDTF">2013-12-23T23:15:00Z</dcterms:created>
  <dcterms:modified xsi:type="dcterms:W3CDTF">2026-07-31T16:36:00Z</dcterms:modified>
  <cp:category/>
</cp:coreProperties>
</file>